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34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പോയി പ്രസംഗിക്കുക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40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എല്ലായിടത്തും സുവിശേഷം പ്രസംഗിക്കാൻ യേശു ക്രിസ്ത്യാനികളോടു കല്പിച്ചുവെന്നു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നിങ്ങളുടെ സൺഡേ സ്കൂൾ ക്ലാസ്സിൽ വിദ്യാർത്ഥികളെ യേശുവിനെക്കുറിച്ചു പഠിപ്പിക്കാൻ അവസരം ലഭിച്ചതിന് ദൈവത്തിനു നന്ദി പറയുക. ഒരു നല്ല സുവിശേഷസാക്ഷിയാകാൻ സഹായിക്കണമെന്നു ദൈവത്തോടു ചോദിക്കുക. പിന്നെ മത്തായി 28:18-20, അപ്പൊ. പ്രവൃത്തികൾ 16:16-34 എന്നിവയും പാഠപദ്ധതിയും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മത്തായി 28:19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ആകയാൽ നിങ്ങൾ പോയി സകല ജാതികളെയും എന്റെ ശിഷ്യന്മാരാക്കുവിൻ.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ക്ലാസ്സിനോടു ചോദിക്കുക: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ചോദ്യം: നിങ്ങൾക്ക് ഒരു സന്തോഷവാർത്ത കിട്ടിയാൽ നിങ്ങൾ എന്തു ചെയ്യും?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ഉത്തരം: നിങ്ങൾ പോയി അടുത്തുള്ള എല്ലാവരോടും പറയും.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ആളുകൾക്ക് ലഭിച്ച സന്തോഷവാർത്തകളെക്കുറിച്ച് സംസാരിക്കുക, ഉദാഹരണത്തിന് ഒരു കുഞ്ഞു ജനിച്ചത്, അല്ലെങ്കിൽ വർഷങ്ങളായി വരാതിരുന്ന ഒരു സന്ദർശകൻ വന്നത്.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ക്രിസ്ത്യാനികൾക്കു സംസാരിക്കാൻ ഒരു സുവാർത്തയുണ്ട്. അതെന്താണ്? ദൈവം നമ്മെ സ്നേഹിക്കുന്നു; യേശുക്രിസ്തു നമ്മുടെ പാപങ്ങൾക്കായി മരിച്ചതുകൊണ്ട് അവൻ നമ്മുടെ പാപങ്ങൾ ക്ഷമിച്ചിരിക്കുന്നു. </w:t>
      </w:r>
      <w:r>
        <w:rPr>
          <w:rFonts w:ascii="Nirmala UI" w:hAnsi="Nirmala UI" w:cs="Nirmala UI"/>
          <w:b w:val="0"/>
          <w:i/>
          <w:sz w:val="22"/>
        </w:rPr>
        <w:t xml:space="preserve">ഇതിനെക്കുറിച്ചുള്ള ഒരു പാട്ടു പാടുക.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ചിത്രം 40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സ്വർഗ്ഗത്തിലേക്കു മടങ്ങുന്നതിനു മുമ്പ് യേശു തന്റെ സ്നേഹിതർക്കു നൽകിയ അവസാന കല്പന, പോയി എല്ലാവരോടും സുവിശേഷം അറിയിക്കണമെന്നായിരുന്നു. ചിത്രത്തിൽ ഈ കല്പന അനുസരിക്കുന്ന ഒരു ക്രിസ്ത്യാനിയെ കാണാം.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ഈ കല്പന അനുസരിച്ച മറ്റൊരു മനുഷ്യൻ പൗലൊസ് ആയിരുന്നു. താൻ കണ്ടുമുട്ടിയ ആളുകളോട് യേശുക്രിസ്തുവിനെക്കുറിച്ചു പറയാൻ അവൻ ജീവിതകാലം മുഴുവൻ തന്റെ വീട്ടിൽനിന്ന് വളരെ ദൂരം സഞ്ചരിച്ചു. ചിലപ്പോൾ ഇതിനായി അവനെ കാരാഗൃഹത്തിൽ പോലും അടച്ചു. അപ്പൊ. പ്രവൃത്തികൾ 16:25-31-ലെ കഥ പറയുക. സുവിശേഷം പ്രസംഗിച്ചതുകൊണ്ട് പൗലൊസിനെയും കൂട്ടാളിയായ ശീലാസിനെയും കാരാഗൃഹത്തിലാക്കി. ഫിലിപ്പി പട്ടണത്തിലെ കാരാഗൃഹപ്രമാണിയും അവന്റെ കുടുംബവും ക്രിസ്ത്യാനികളായി.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ക്രിസ്ത്യാനികൾ യേശുവിനെക്കുറിച്ചുള്ള സുവാർത്ത മറ്റുള്ളവരുമായി പങ്കുവയ്ക്കാനും അവരെ അവന്റെ ശിഷ്യന്മാരാക്കാനും വിളിക്കപ്പെട്ടിരിക്കുന്നുവെന്ന് ഊന്നിപ്പറഞ്ഞുകൊണ്ട് പാഠം ചുരുക്കി ഒന്നുകൂടി പറയുക.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പഠിപ്പിക്കുക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ഈ കല്പന ഇന്നത്തെ ക്രിസ്ത്യാനികൾക്കും നൽകപ്പെട്ടിരിക്കുന്നു. ഇന്ന് അവരുടെ സഭയിൽ ഈ കല്പന എങ്ങനെ അനുസരിക്കപ്പെടുന്നുവെന്ന് ക്ലാസ്സിനോടു ചോദിക്കുക. തുറന്ന സ്ഥലത്തെ യോഗങ്ങളുണ്ടോ? വീടുകൾ സന്ദർശിക്കുന്ന സാക്ഷ്യസംഘങ്ങളുണ്ടോ? കുട്ടികൾ തങ്ങളുടെ കൂട്ടുകാരെ സൺഡേ സ്കൂളിലേക്കു ക്ഷണിക്കുന്നുണ്ടോ? ഇന്ന് ഈ കല്പന അനുസരിക്കപ്പെടുന്നത് എങ്ങനെയെന്നതിന് ഉദാഹരണങ്ങൾ നൽകുക. എല്ലാവരും മനഃപാഠ വാക്യം ആവർത്തിച്ചു പറഞ്ഞുകൊണ്ട് പാഠം അവസാനിപ്പിക്കുക.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34 – Go and Preach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34 – Go and Preach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