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33</w:t>
      </w:r>
    </w:p>
    <w:p>
      <w:pPr>
        <w:keepNext/>
        <w:spacing w:after="40"/>
      </w:pPr>
      <w:r>
        <w:rPr>
          <w:rFonts w:ascii="Nirmala UI" w:hAnsi="Nirmala UI" w:cs="Nirmala UI"/>
          <w:b/>
          <w:color w:val="1F4E79"/>
          <w:sz w:val="52"/>
        </w:rPr>
        <w:t xml:space="preserve">ഫലം കായ്ക്കുക</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39</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ക്രിസ്ത്യാനികൾ തങ്ങളുടെ ജീവിതത്തിൽ ആത്മീയ ഫലം കായ്ക്കണമെന്ന് യേശു പ്രതീക്ഷിക്കുന്നുവെന്നു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യേശുവിൽ വസിച്ചുകൊണ്ട് നിങ്ങളുടെ ജീവിതത്തിൽ ആത്മാവിന്റെ ഫലം കായ്ക്കാൻ സഹായിക്കണമെന്നു ദൈവത്തോടു ചോദിക്കുക. പിന്നെ യോഹന്നാൻ 15:1-10, ഗലാത്യർ 5:19-23, മർക്കൊസ് 14:27-31, 66-72 എന്നിവയും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15:5</w:t>
            </w:r>
          </w:p>
          <w:p>
            <w:pPr>
              <w:spacing w:after="40"/>
            </w:pPr>
            <w:r>
              <w:rPr>
                <w:rFonts w:ascii="Nirmala UI" w:hAnsi="Nirmala UI" w:cs="Nirmala UI"/>
                <w:b w:val="0"/>
                <w:i/>
                <w:sz w:val="22"/>
              </w:rPr>
              <w:t xml:space="preserve">ഞാൻ മുന്തിരിവള്ളിയും നിങ്ങൾ ശാഖകളും ആകുന്നു. എന്നിലും ഞാൻ അവനിലും വസിക്കുന്നവൻ വളരെ ഫലം കായ്ക്കും.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സൺഡേ സ്കൂളിലേക്ക് ഒരു ശാഖയോ ചെറിയ ചെടിയോ കൊണ്ടുപോകുക. കുറ്റിച്ചെടികളെയും ചെറിയ മരങ്ങളെയും പരിപാലിക്കുന്നതിനെക്കുറിച്ച് സംസാരിച്ചുകൊണ്ട് പാഠം ആരംഭിക്കുക. അവയ്ക്കു വെള്ളം ഒഴിക്കുകയും കൊമ്പുകോതുകയും ചെയ്യുന്നു; അതായത് പുതിയ വളർച്ച ഉണ്ടാകാൻ പഴയ കൊമ്പുകൾ മുറിച്ചുകളയുന്നു. ഉണങ്ങിയ കൊമ്പുകളെല്ലാം മുറിച്ചുകളയുന്നു. ഇത് എന്തിനു ചെയ്യുന്നു? വൃക്ഷത്തിന് ഫലം കായ്ക്കാൻ ഇത് സഹായിക്കുന്നു.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39 കാണിക്കുക. </w:t>
      </w:r>
      <w:r>
        <w:rPr>
          <w:rFonts w:ascii="Nirmala UI" w:hAnsi="Nirmala UI" w:cs="Nirmala UI"/>
          <w:b w:val="0"/>
          <w:i w:val="0"/>
          <w:sz w:val="22"/>
        </w:rPr>
        <w:t xml:space="preserve">തോട്ടക്കാർ എന്തു ചെയ്യുന്നുവെന്നു സംസാരിക്കുക. പഴയ തടി ഉപയോഗശൂന്യമാണ്. അത് മുറിച്ചുമാറ്റി കത്തിക്കുന്നു. യോഹന്നാൻ 15-ൽ യേശു മുന്തിരി കായ്ക്കുന്ന വള്ളികളെക്കുറിച്ചാണ് പറഞ്ഞത്. ചിത്രത്തിൽ കാണിക്കുന്നത് ഒരു വലിയ ഫലവൃക്ഷമാണ്, നിലത്തുകൂടി പടരുന്ന ചെടിയായ മുന്തിരിവള്ളിയല്ല.</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യേശു നൽകിയ ചിത്രത്തിൽനിന്ന് ആത്മീയ പാഠം പഠിപ്പിക്കുക. ക്രിസ്ത്യാനികൾ വൃക്ഷങ്ങളെപ്പോലെയാണ്, അവർ കൊമ്പുകോതപ്പെടണം. അവർ യേശുവിനെപ്പോലെ ആകുകയും ഉണങ്ങിയ കമ്പുകൾ മുറിച്ചുകളയുകയും വേണം - ഉദാഹരണങ്ങൾ നൽകുക: വെറുപ്പ്, ദേഷ്യസ്വഭാവം മുതലായവ. അപ്പോൾ ഫലം വളരും - സ്നേഹം, സന്തോഷം, സമാധാനം, ദീർഘക്ഷമ, സൗമ്യത മുതലായവ.</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പത്രൊസ് യേശുവിനെ തള്ളിപ്പറഞ്ഞ കഥ പറയുക; തന്റെ പൊങ്ങച്ചം അവൻ ഒഴിവാക്കേണ്ടിയിരുന്നത് എങ്ങനെയെന്ന് കാണിക്കുക, മർക്കൊസ് 14:27-31. താൻ ഒരിക്കലും യേശുവിനെ വിട്ടുപോകില്ലെന്ന് പത്രൊസ് വീമ്പിളക്കി. താൻ യേശുവിനെ തള്ളിപ്പറയുമെന്ന് അവനു മുന്നറിയിപ്പു ലഭിച്ചു.</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മർക്കൊസ് 14:66-72 യേശുവിനെ അറസ്റ്റ് ചെയ്ത് കോടതിയിലേക്കു കൊണ്ടുപോയപ്പോൾ താൻ യേശുവിനെ അറിയുകയില്ലെന്ന് പത്രൊസ് നിഷേധിച്ചു. കർത്താവായ യേശുവിനോട് വളരെ അടുത്തിരിക്കണമെന്ന പാഠം പത്രൊസ് പഠിച്ചു. യോഹന്നാൻ 21:17. പത്രൊസ് യേശുവിന്റെ ഒരു വലിയ ദാസനായി. അവൻ യേശുവിനോട് അടുത്തു വസിച്ചപ്പോൾ അവന്റെ ജീവിതം ഫലം കായ്ച്ചു.</w:t>
      </w:r>
    </w:p>
    <w:p>
      <w:pPr>
        <w:pStyle w:val="Heading2"/>
      </w:pPr>
      <w:r>
        <w:rPr>
          <w:rFonts w:ascii="Nirmala UI" w:hAnsi="Nirmala UI" w:cs="Nirmala UI"/>
        </w:rPr>
        <w:t xml:space="preserve">അവലോകനം</w:t>
      </w:r>
    </w:p>
    <w:p>
      <w:r>
        <w:rPr>
          <w:rFonts w:ascii="Nirmala UI" w:hAnsi="Nirmala UI" w:cs="Nirmala UI"/>
          <w:b w:val="0"/>
          <w:i w:val="0"/>
          <w:sz w:val="22"/>
        </w:rPr>
        <w:t xml:space="preserve">ആത്മാവിന്റെ ഫലം നമ്മുടെ സ്വന്തം നിശ്ചയദാർഢ്യംകൊണ്ടോ പരിശ്രമംകൊണ്ടോ ഉണ്ടാകുന്നതല്ല, മറിച്ച് നമ്മിൽ വസിക്കുന്ന പരിശുദ്ധാത്മാവിന്റെയും ആത്മാവിന്റെ നടത്തിപ്പിനോടുള്ള നമ്മുടെ അനുസരണത്തിന്റെയും സ്വാഭാവിക ഫലമാണെന്നു കാണിക്കാൻ പാഠം ചുരുക്കി ഒന്നുകൂടി പറയുക.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ശാഖകൾ (ക്രിസ്ത്യാനികൾ) വളരാനും ഫലം കായ്ക്കാനും ആഗ്രഹിക്കുന്നുവെങ്കിൽ മുഖ്യ വൃക്ഷത്തടിയിൽ (യേശുവിൽ) വസിച്ച് അതിൽനിന്നു പോഷണം നേടണം. ക്രിസ്ത്യാനികൾക്ക് ഇത് എങ്ങനെ ചെയ്യാൻ കഴിയും? നിങ്ങൾക്ക് ഒരു ഉറ്റ സുഹൃത്തുണ്ടെങ്കിൽ അവനോടൊപ്പം സമയം ചെലവഴിക്കാൻ നിങ്ങൾ ഇഷ്ടപ്പെടുന്നു. ക്രിസ്ത്യാനികൾ യേശുവിനോടൊപ്പം സമയം ചെലവഴിക്കണം. ഓരോ ആഴ്ചയും മനഃപാഠ വാക്യങ്ങൾ പഠിക്കുമ്പോൾ നാം അവനെക്കുറിച്ച് കൂടുതൽ അറിയും.</w:t>
      </w:r>
    </w:p>
    <w:p>
      <w:pPr>
        <w:pStyle w:val="Heading2"/>
      </w:pPr>
      <w:r>
        <w:rPr>
          <w:rFonts w:ascii="Nirmala UI" w:hAnsi="Nirmala UI" w:cs="Nirmala UI"/>
        </w:rPr>
        <w:t xml:space="preserve">മനഃപാഠ വാക്യം പഠിപ്പിക്കുക</w:t>
      </w:r>
    </w:p>
    <w:p>
      <w:r>
        <w:rPr>
          <w:rFonts w:ascii="Nirmala UI" w:hAnsi="Nirmala UI" w:cs="Nirmala UI"/>
          <w:b w:val="0"/>
          <w:i w:val="0"/>
          <w:sz w:val="22"/>
        </w:rPr>
        <w:t xml:space="preserve">നാം ദിവസവും യേശുവിനോടു സംസാരിക്കുകയോ പ്രാർത്ഥിക്കുകയോ ചെയ്യണം. ഈ ആഴ്ച വീട്ടിൽ ദിവസവും കുറച്ചു സമയം മനഃപാഠ വാക്യം ആവർത്തിച്ചു പറയാനും തങ്ങളുടെ ജീവിതത്തിൽ നല്ല ഫലം കാണിക്കാൻ പ്രാർത്ഥിക്കാനും കുട്ടികളെ പ്രോത്സാഹിപ്പിക്കുക.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33 – Be Fruitful</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33 – Be Fruitful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