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32</w:t>
      </w:r>
    </w:p>
    <w:p>
      <w:pPr>
        <w:keepNext/>
        <w:spacing w:after="40"/>
      </w:pPr>
      <w:r>
        <w:rPr>
          <w:rFonts w:ascii="Nirmala UI" w:hAnsi="Nirmala UI" w:cs="Nirmala UI"/>
          <w:b/>
          <w:color w:val="1F4E79"/>
          <w:sz w:val="52"/>
        </w:rPr>
        <w:t xml:space="preserve">യേശു വീണ്ടും വരുന്നു</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20, 38</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കർത്താവായ യേശുക്രിസ്തു രണ്ടാം പ്രാവശ്യം ഭൂമിയിലേക്കു മടങ്ങിവരുമെന്നും, ക്രിസ്ത്യാനികൾ അവന്റെ മടങ്ങിവരവിനായി കാത്തിരിക്കണമെന്നും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യേശുവിന്റെ ഒന്നാം വരവിനും അവൻ നിവർത്തിച്ചതിനും ദൈവത്തിനു നന്ദി പറയുക; യേശുവിന്റെ രണ്ടാം വരവിനെയും അത് അവന്റെ അനുയായികൾക്ക് എന്ത് അർത്ഥമാക്കുന്നുവെന്നതിനെയും പ്രതീക്ഷിച്ചിരിക്കാൻ നിങ്ങളെ സഹായിക്കണമെന്നു ദൈവത്തോടു ചോദിക്കുക. പിന്നെ മത്തായി 24:36-51, മർക്കൊസ് 13:45-51, യോഹന്നാൻ 14:3, അപ്പൊ. പ്രവൃത്തികൾ 1:11, 1 തെസ്സലൊനീക്യർ 4:13; 5:11 എന്നിവയും പാഠപദ്ധതിയും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മർക്കൊസ് 13:33</w:t>
            </w:r>
          </w:p>
          <w:p>
            <w:pPr>
              <w:spacing w:after="40"/>
            </w:pPr>
            <w:r>
              <w:rPr>
                <w:rFonts w:ascii="Nirmala UI" w:hAnsi="Nirmala UI" w:cs="Nirmala UI"/>
                <w:b w:val="0"/>
                <w:i/>
                <w:sz w:val="22"/>
              </w:rPr>
              <w:t xml:space="preserve">ഉണർന്നിരിക്കുവിൻ, ജാഗ്രതയോടിരിക്കുവിൻ; സമയം എപ്പോഴെന്ന് നിങ്ങൾ അറിയുന്നില്ലല്ലോ.</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താൻ ഏതു സംഭവത്തിനായി കാത്തിരിക്കുന്നുവെന്നു കുട്ടികളോടു ചോദിക്കുക. ഉത്തരമില്ലെങ്കിൽ ചില നിർദ്ദേശങ്ങൾ നൽകുക, ഉദാഹരണത്തിന്: ഒരു കല്യാണം, പുതിയ വസ്ത്രങ്ങൾ കിട്ടുന്നത്, വലുതാകുന്നത്.</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i w:val="0"/>
          <w:sz w:val="22"/>
        </w:rPr>
        <w:t xml:space="preserve">ക്രിസ്ത്യാനികൾ ഏതു സംഭവത്തിനായി കാത്തിരിക്കുന്നു? കർത്താവായ യേശു ഭൂമിയിലേക്കു മടങ്ങിവരുന്നതിനായി. </w:t>
      </w:r>
      <w:r>
        <w:rPr>
          <w:rFonts w:ascii="Nirmala UI" w:hAnsi="Nirmala UI" w:cs="Nirmala UI"/>
          <w:b w:val="0"/>
          <w:i/>
          <w:sz w:val="22"/>
        </w:rPr>
        <w:t xml:space="preserve">ചിത്രം 20 കാണിക്കുക. </w:t>
      </w:r>
      <w:r>
        <w:rPr>
          <w:rFonts w:ascii="Nirmala UI" w:hAnsi="Nirmala UI" w:cs="Nirmala UI"/>
          <w:b w:val="0"/>
          <w:i w:val="0"/>
          <w:sz w:val="22"/>
        </w:rPr>
        <w:t xml:space="preserve">യേശു സ്വർഗ്ഗത്തിലേക്കു മടങ്ങിപ്പോയപ്പോൾ ദൂതന്മാർ യേശുവിന്റെ സ്നേഹിതരോട് എന്തു പറഞ്ഞു? </w:t>
      </w:r>
      <w:r>
        <w:rPr>
          <w:rFonts w:ascii="Nirmala UI" w:hAnsi="Nirmala UI" w:cs="Nirmala UI"/>
          <w:b w:val="0"/>
          <w:i/>
          <w:sz w:val="22"/>
        </w:rPr>
        <w:t xml:space="preserve">മനഃപാഠ വാക്യം ഓർമ്മിപ്പിക്കുക</w:t>
      </w:r>
      <w:r>
        <w:rPr>
          <w:rFonts w:ascii="Nirmala UI" w:hAnsi="Nirmala UI" w:cs="Nirmala UI"/>
          <w:b w:val="0"/>
          <w:i w:val="0"/>
          <w:sz w:val="22"/>
        </w:rPr>
        <w:t xml:space="preserve">, അപ്പൊ. പ്രവൃത്തികൾ 1:11. താൻ വീണ്ടും വരുമെന്ന് യേശുവും പറഞ്ഞു, യോഹന്നാൻ 14:3.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ഒരു സന്ദർശകൻ വരുന്നുവെന്ന് അറിയുമ്പോൾ നാം എന്തു ചെയ്യുന്നു? നാം അവനായി കാത്തിരിക്കുന്നു. യേശു വരുന്നു, എന്നാൽ സമയം അറിയില്ല. നാം എപ്പോഴും ജാഗ്രതയോടിരിക്കണം.</w:t>
      </w:r>
    </w:p>
    <w:p>
      <w:pPr>
        <w:pStyle w:val="Heading2"/>
      </w:pPr>
      <w:r>
        <w:rPr>
          <w:rFonts w:ascii="Nirmala UI" w:hAnsi="Nirmala UI" w:cs="Nirmala UI"/>
        </w:rPr>
        <w:t xml:space="preserve">മനഃപാഠ വാക്യം പഠിപ്പിക്കുക</w:t>
      </w:r>
    </w:p>
    <w:p>
      <w:r>
        <w:rPr>
          <w:rFonts w:ascii="Nirmala UI" w:hAnsi="Nirmala UI" w:cs="Nirmala UI"/>
          <w:b w:val="0"/>
          <w:i w:val="0"/>
          <w:sz w:val="22"/>
        </w:rPr>
        <w:t xml:space="preserve">ഒരു രാത്രികാവൽക്കാരന്റെ ഉദാഹരണം പറയുക. മോശം കാവൽക്കാരൻ രാത്രി ഉറങ്ങുന്നു, നല്ലവൻ ഉണർന്നിരിക്കുന്നു.</w:t>
      </w:r>
    </w:p>
    <w:p>
      <w:pPr>
        <w:tabs>
          <w:tab w:pos="567" w:val="left"/>
        </w:tabs>
        <w:spacing w:after="120"/>
        <w:ind w:left="567" w:hanging="567"/>
      </w:pPr>
      <w:r>
        <w:rPr>
          <w:rFonts w:ascii="Calibri" w:hAnsi="Calibri" w:cs="Calibri" w:eastAsia="Calibri"/>
          <w:b/>
          <w:color w:val="1F4E79"/>
          <w:sz w:val="22"/>
        </w:rPr>
        <w:t>3.</w:t>
        <w:tab/>
      </w:r>
      <w:r>
        <w:rPr>
          <w:rFonts w:ascii="Calibri" w:hAnsi="Calibri" w:cs="Calibri" w:eastAsia="Calibri"/>
          <w:b w:val="0"/>
          <w:i w:val="0"/>
          <w:sz w:val="22"/>
        </w:rPr>
      </w:r>
      <w:r>
        <w:rPr>
          <w:rFonts w:ascii="Nirmala UI" w:hAnsi="Nirmala UI" w:cs="Nirmala UI"/>
          <w:b w:val="0"/>
          <w:i/>
          <w:sz w:val="22"/>
        </w:rPr>
        <w:t xml:space="preserve">ചിത്രം 38 കാണിക്കുക. </w:t>
      </w:r>
      <w:r>
        <w:rPr>
          <w:rFonts w:ascii="Nirmala UI" w:hAnsi="Nirmala UI" w:cs="Nirmala UI"/>
          <w:b w:val="0"/>
          <w:i w:val="0"/>
          <w:sz w:val="22"/>
        </w:rPr>
        <w:t xml:space="preserve">ചിത്രത്തിലെ ചിലർ ഒരുങ്ങിയിരിക്കുകയും മടങ്ങിവരുന്ന കർത്താവിനെ എതിരേൽക്കാൻ പുറപ്പെടുകയും ചെയ്യുന്നത് കാണിക്കുക. മറ്റുള്ളവർ ശേഷിക്കുന്നു. കുറിപ്പ്: അവർ ന്യായവിധിക്കായി ശേഷിക്കുന്നുവെന്ന് ഇവിടെ ബൈബിൾ പറയുന്നില്ല. ഈ ഭാഗത്ത് ഇല്ലാത്തത് അതിൽ വായിച്ചെടുക്കരുത്!</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വിശ്വസ്തനായ ദാസന്റെയും അവിശ്വസ്തനായ ദാസന്റെയും കഥകൾ പറയുക. മർക്കൊസ് 13:45-51.</w:t>
      </w:r>
    </w:p>
    <w:p>
      <w:pPr>
        <w:pStyle w:val="Heading2"/>
      </w:pPr>
      <w:r>
        <w:rPr>
          <w:rFonts w:ascii="Nirmala UI" w:hAnsi="Nirmala UI" w:cs="Nirmala UI"/>
        </w:rPr>
        <w:t xml:space="preserve">അവലോകനം</w:t>
      </w:r>
    </w:p>
    <w:p>
      <w:r>
        <w:rPr>
          <w:rFonts w:ascii="Nirmala UI" w:hAnsi="Nirmala UI" w:cs="Nirmala UI"/>
          <w:b w:val="0"/>
          <w:i w:val="0"/>
          <w:sz w:val="22"/>
        </w:rPr>
        <w:t xml:space="preserve">യേശു ദൈവത്തിന്റെ പൂർണ്ണസമയത്ത് പെട്ടെന്നു മടങ്ങിവരുമെന്നും, ക്രിസ്ത്യാനികൾ സന്തോഷത്തോടെ പ്രതീക്ഷിക്കേണ്ട ഒരു സംഭവമാണിതെന്നും ഊന്നിപ്പറയാൻ പാഠം ചുരുക്കി ഒന്നുകൂടി പറയുക.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ക്രിസ്ത്യാനി വിശ്വസ്തനായ ദാസനെപ്പോലെ തന്റെ യജമാനന്റെ മടങ്ങിവരവ് ദിവസവും പ്രതീക്ഷിച്ചു ജീവിക്കണം. ക്രിസ്ത്യാനികൾ എങ്ങനെ കാത്തിരിക്കണമെന്നതിനെക്കുറിച്ച് ക്ലാസ്സിൽനിന്ന് ചില നിർദ്ദേശങ്ങൾ വാങ്ങുക, ഉദാ. പരസ്പരം സഹായിക്കുക, ബുദ്ധിമുട്ടുള്ളവരെ പരിപാലിക്കുക, യേശുവിന്റെ മടങ്ങിവരവിനെക്കുറിച്ച് മറ്റുള്ളവരോടു പറയുക. പ്രായോഗികമായ ചില നിർദ്ദേശങ്ങൾ നൽകുക. മനഃപാഠ വാക്യം ഒരുമിച്ചു പറഞ്ഞ് അവസാനിപ്പിക്കുക. നിങ്ങൾ ഏതുതരം കാവൽക്കാരനാണ്?</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32 – Jesus Is Coming Again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32 – Jesus Is Coming Again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