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30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സഭ എന്നാൽ എന്ത്?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36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സഭ വ്യത്യസ്തരായ ആളുകൾ ചേർന്നതാണെന്നും, ദൈവത്തെ ആരാധിക്കാനും സേവിക്കാനും നാം എല്ലാവരും ഒരുമിച്ച് ഉപയോഗിക്കേണ്ടതിന് അവൻ നമുക്കെല്ലാവർക്കും വ്യത്യസ്ത വരങ്ങൾ നൽകിയിട്ടുണ്ടെന്നും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നിങ്ങളുടെ വരങ്ങൾ ദൈവത്തിനായി ഉപയോഗിക്കാൻ സഹായിക്കണമെന്നു ദൈവത്തോടു ചോദിക്കുകയും പഠിപ്പിക്കാനുള്ള വരത്തിനു നന്ദി പറയുകയും ചെയ്യുക. പിന്നെ റോമർ 12:4-8, 1 കൊരിന്ത്യർ 12:12-26 എന്നിവയും പാഠപദ്ധതിയും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എഫെസ്യർ 5:23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ക്രിസ്തു തന്നെ സഭയാകുന്ന തന്റെ ശരീരത്തിന്റെ രക്ഷകൻ.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ശരീരത്തിന്റെ വിവിധ ഭാഗങ്ങൾ ആംഗ്യങ്ങളിൽ ഉപയോഗിക്കുന്ന, കുട്ടികൾക്ക് അറിയാവുന്ന ഒന്നോ രണ്ടോ പാട്ടുകൾ പാടുക. ഉദാഹരണം: ‘ഉയർത്തിടും ഞാൻ കൈകളെ,’ ‘രണ്ടു കുഞ്ഞിക്കണ്ണുകൾ,’ അല്ലെങ്കിൽ നിങ്ങൾക്ക് അറിയാവുന്ന മറ്റു പാട്ടുകൾ.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ചിത്രം 36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ചിത്രങ്ങൾ എന്തിന്റേതാണ്? (പൂർണ്ണ ആരോഗ്യമുള്ള ഒരു മനുഷ്യനും രോഗിയും വികലാംഗനുമായ ഒരാളും). പൂർണ്ണമനുഷ്യന്റെ ശരീരഭാഗങ്ങൾ (കണ്ണുകൾ, ചെവികൾ, വായ് മുതലായവ) തിരിച്ചറിയാൻ കുട്ടികളോടു പറയുക. അവന്റെ ശരീരത്തിലെ മറ്റു ഭാഗങ്ങൾ വിളിച്ചുപറഞ്ഞ് കുട്ടികൾ സ്വന്തം ശരീരത്തിൽ ഓരോ ഭാഗവും ചൂണ്ടിക്കാണിക്കാൻ പറയുക.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ചോദ്യം: ഈ ഭാഗങ്ങളെല്ലാം ചേർന്ന് എന്താകുന്നു?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ഉത്തരം: അവ ഒരു പൂർണ്ണശരീരമാകുന്നു.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ശരീരത്തിന്റെ ഓരോ ഭാഗത്തിനും ചെയ്യാൻ ഓരോ കാര്യമുണ്ട്.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ചോദ്യം: കണ്ണ് എന്തു ചെയ്യുന്നു?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ഉത്തരം: അത് കാണാനുള്ളതാണ്.</w:t>
      </w:r>
    </w:p>
    <w:p>
      <w:pPr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ശരീരത്തിലെ മറ്റു ഭാഗങ്ങളുമായി തുടരുക.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രണ്ടാമത്തെ ചിത്രം നോക്കുക</w:t>
      </w:r>
      <w:r>
        <w:rPr>
          <w:rFonts w:ascii="Nirmala UI" w:hAnsi="Nirmala UI" w:cs="Nirmala UI"/>
          <w:b w:val="0"/>
          <w:i w:val="0"/>
          <w:sz w:val="22"/>
        </w:rPr>
        <w:t xml:space="preserve">. ആ മനുഷ്യന് എന്താണ് കുഴപ്പം? അവൻ മുറിവേറ്റിരിക്കുന്നു. നമ്മുടെ ശരീരത്തിന്റെ ഒരു ഭാഗത്തു മുറിവേൽക്കുമ്പോൾ പലപ്പോഴും ശരീരം മുഴുവൻ രോഗം പോലെ തോന്നും.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എല്ലാ ക്രിസ്ത്യാനികളും ഒരു ശരീരത്തിന്റെ വിവിധ ഭാഗങ്ങൾപോലെയാണെന്നു ദൈവം പറയുന്നു. അവർ എല്ലാവരും വ്യത്യസ്തരാണ്; സഭയിൽ ചെയ്യാൻ അവർക്കെല്ലാവർക്കും വ്യത്യസ്ത ജോലികൾ നൽകിയിരിക്കുന്നു. നിങ്ങളുടെ സഭയിൽനിന്നുള്ള ഉദാഹരണങ്ങൾ നൽകുക. അവരുടെ പേരുകൾ ഉപയോഗിക്കുക: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ജെയിംസ് പാസ്റ്ററാണ്.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ബെൻ, അന്ന, മരിയ എന്നിവർ സൺഡേ സ്കൂൾ അധ്യാപകരാണ്.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ഉംബെർട്ടോ സഭയിൽ ആളുകൾക്ക് ഇരിപ്പിടം കണ്ടെത്തിക്കൊടുക്കുന്നു, മുതലായവ.</w:t>
      </w:r>
    </w:p>
    <w:p>
      <w:pPr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ഓരോ വ്യക്തിക്കും തനിക്കായി ഉപയോഗിക്കാൻ ദൈവം വ്യത്യസ്ത വരങ്ങൾ നൽകിയിരിക്കുന്നു.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പല നൂലിഴകൾ ചേർന്ന് ഒരു ശക്തമായ കയർ ഉണ്ടാകുന്നതുപോലെ, ദൈവത്തിൽനിന്നുള്ള പല വരങ്ങൾ ഉപയോഗിക്കുന്ന പല ആളുകൾ ചേർന്ന് ഒരു ശക്തമായ സഭ ഉണ്ടാകുന്നുവെന്ന് ഊന്നിപ്പറഞ്ഞുകൊണ്ട് പാഠം ചുരുക്കി ഒന്നുകൂടി പറയുക.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സഭയിലെ ഒരു ക്രിസ്ത്യാനി കഷ്ടത്തിലാകുമ്പോൾ, അല്ലെങ്കിൽ അവന്റെ കുടുംബത്തിൽ ആരെങ്കിലും മരിക്കുമ്പോൾ, അത് ചിത്രത്തിലെ മുറിവേറ്റ മനുഷ്യനെപ്പോലെയാണ്. സഭയിലെ ആളുകൾക്ക് അവനെ എങ്ങനെ സഹായിക്കാം? ക്ലാസ്സിൽനിന്ന് നിർദ്ദേശങ്ങൾ വാങ്ങുക. ഉദാ. കുടുംബത്തെ സന്ദർശിക്കുക, ഭക്ഷണം കൊണ്ടുപോകുക, വെള്ളം കൊണ്ടുവരിക.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ശരീരത്തിന്റെ എല്ലാ ഭാഗങ്ങളും പ്രധാനമാണ്. ശരീരത്തിന്റെ ഒരു ഭാഗം മറ്റേതിനെക്കാൾ പ്രധാനമല്ല. ഒരു ക്രിസ്ത്യാനി തന്റെ വരങ്ങൾ മറ്റൊരു ക്രിസ്ത്യാനിയുടേതിനെക്കാൾ പ്രധാനമെന്നു പറയരുത്. ഒരേ ശരീരത്തിന്റെ എല്ലാ ഭാഗങ്ങളും പരസ്പരം സ്നേഹിക്കണം. എല്ലാറ്റിനുമുപരി ശരീരത്തിന്റെ ശിരസ്സായ യേശുവിനെ അവർ സ്നേഹിക്കണം.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30 – What is the Church?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30 – What is the Church?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