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29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മരണാനന്തര ജീവിതം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4, 5, 21, 35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മരണാനന്തര ജീവിതത്തെക്കുറിച്ച് യേശു സംസാരിച്ചുവെന്നു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യേശുക്രിസ്തുവിലുള്ള വിശ്വാസത്താൽ നിങ്ങൾക്കു രക്ഷയും നിത്യജീവനും ഉള്ളതിനാൽ ഇന്ന് സന്തോഷിച്ച് ദൈവത്തിനു നന്ദി പറയുക. പിന്നെ യോഹന്നാൻ 5:21-29, യോഹന്നാൻ 14:1-4 എന്നിവയും പാഠപദ്ധതിയും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5:24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എന്റെ വചനം കേട്ട് എന്നെ അയച്ചവനിൽ വിശ്വസിക്കുന്നവന് നിത്യജീവൻ ഉണ്ട്.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മരണം സംസാരിക്കാൻ എളുപ്പമുള്ള ഒരു വിഷയമല്ല, എന്നാൽ ഒരു മരണം സംഭവിക്കുമ്പോൾ ക്രിസ്തീയ ഉപദേശവും ആചാരവും എന്തെന്നു കാണിക്കാൻ സൺഡേ സ്കൂൾ പാഠം ഒരു അവസരം നൽകുന്നു.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ഈ പാഠം നടത്തുമ്പോൾ അടുത്തെവിടെയെങ്കിലും ഒരു ശവസംസ്കാരം നടക്കാൻ സാധ്യതയുണ്ട്. അതിനെക്കുറിച്ചു സംസാരിക്കുക. ചോദ്യങ്ങൾ ചോദിച്ച് ക്രിസ്തീയ ശവസംസ്കാരവും പരമ്പരാഗത ശവസംസ്കാരവും തമ്മിലുള്ള വ്യത്യാസങ്ങൾ പുറത്തുകൊണ്ടുവരുക. ഒരു ക്രിസ്തീയ ശവസംസ്കാരത്തിൽ ദുഃഖത്തോടൊപ്പം പ്രത്യാശയും സന്തോഷവുമുണ്ട്.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ചിത്രം 35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നമുക്കു നോക്കാൻ ദുഃഖകരമായ മറ്റൊരു ചിത്രമുണ്ട്. ചിത്രത്തിലെ മനുഷ്യൻ മരിച്ചു. അവന്റെ കുടുംബം വളരെ ദുഃഖിതരാണ്. നാമെല്ലാവരും ഒരു ദിവസം മരിക്കണം.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മരിക്കുന്നതിനു തൊട്ടുമുമ്പ് നാം മരിക്കുമ്പോൾ എന്തു സംഭവിക്കുമെന്ന് യേശു തന്റെ സ്നേഹിതരോടു പറഞ്ഞു. ആകുലപ്പെടരുതെന്ന് അവൻ നമ്മോടു പറഞ്ഞു. നാം പാപം ചെയ്തതുകൊണ്ടാണ് യേശു മരിച്ചത്. </w:t>
      </w:r>
      <w:r>
        <w:rPr>
          <w:rFonts w:ascii="Nirmala UI" w:hAnsi="Nirmala UI" w:cs="Nirmala UI"/>
          <w:b w:val="0"/>
          <w:i/>
          <w:sz w:val="22"/>
        </w:rPr>
        <w:t xml:space="preserve">ചിത്രം 21-ഉം ചിത്രം 5-ഉം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നാം പാപം ചെയ്തതുകൊണ്ടാണ് മരണം ലോകത്തിലേക്കു വന്നത്. </w:t>
      </w:r>
      <w:r>
        <w:rPr>
          <w:rFonts w:ascii="Nirmala UI" w:hAnsi="Nirmala UI" w:cs="Nirmala UI"/>
          <w:b w:val="0"/>
          <w:i/>
          <w:sz w:val="22"/>
        </w:rPr>
        <w:t xml:space="preserve">ചിത്രം 4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ആദാമും ഹവ്വയും ദൈവത്തെ അനുസരിച്ചില്ല. പാപം നീക്കിക്കളയാനാണ് യേശു വന്നത്. യേശുക്രിസ്തു നിങ്ങളുടെ പാപങ്ങൾ നീക്കി നിങ്ങളെ പുതിയ വ്യക്തിയാക്കിയിട്ടുണ്ടെങ്കിൽ നിങ്ങൾ ഭയപ്പെടേണ്ടതില്ല. നിങ്ങൾ മരിക്കുമ്പോൾ ദൈവത്തോടുകൂടെ എന്നേക്കും ജീവിക്കാൻ സ്വർഗ്ഗത്തിൽ പോകും. ഇതിനെ നിത്യജീവൻ എന്നു പറയുന്നു.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താൻ പിതാവിന്റെ അടുക്കൽ സ്വർഗ്ഗത്തിലേക്കു മടങ്ങുമ്പോൾ തന്നോടുകൂടെ വസിക്കാൻ നമുക്കായി ഒരു സ്ഥലം ഒരുക്കാൻ പോകുകയാണെന്ന് യേശു പറഞ്ഞു. അവൻ ഇപ്പോൾ അതു ചെയ്യുന്നു.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ആരെങ്കിലും മരിക്കുമ്പോൾ നാം ദുഃഖിക്കുന്നു. ഇനി നമുക്ക് അവരെ കാണാൻ കഴിയില്ല. അവർ ദൈവത്തെ സ്നേഹിക്കുന്നുവെങ്കിൽ ദൈവത്തോടുകൂടെ ഇരിക്കുമെന്നതിനാൽ നാം അവർക്കുവേണ്ടി സന്തോഷിക്കുന്നു. ക്രിസ്ത്യാനികൾ ഒരു ദിവസം സ്വർഗ്ഗത്തിൽ വീണ്ടും പരസ്പരം കണ്ടുമുട്ടും.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കർത്താവായ യേശുവിനെ അറിയാതെയും സ്നേഹിക്കാതെയും മരിക്കുന്നവരുണ്ട്. അവർക്ക് എന്തു സംഭവിക്കും? യേശു അവരെ ന്യായം വിധിക്കുമെന്നു പറയുന്നു. നാം അവന്റെ ന്യായവിധിയിൽ വിശ്വസിക്കണം. അവൻ നീതിയുള്ള ന്യായാധിപനാണ്.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യേശുക്രിസ്തുവിലുള്ള വിശ്വാസത്താൽ നാം ദൈവകുടുംബത്തിൽ ഉൾപ്പെടുമ്പോൾ ഇപ്പോഴും വരാനിരിക്കുന്ന ലോകത്തിലും നമുക്കു സമൃദ്ധമായ ജീവൻ ഉണ്ടെന്ന് ഊന്നിപ്പറഞ്ഞുകൊണ്ട് പാഠം ചുരുക്കി ഒന്നുകൂടി പറയുക. ഇത് സത്യമല്ലായിരുന്നെങ്കിൽ യേശു നമ്മോട് ഇതു പറയുമായിരുന്നില്ല.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കുട്ടികൾക്ക് അറിയാവുന്ന, അടുത്തിടെ കുടുംബത്തിൽ മരണം സംഭവിച്ച ആർക്കെങ്കിലുംവേണ്ടി പ്രാർത്ഥിക്കുക.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കഴിഞ്ഞയാഴ്ച രോഗികളായിരുന്നവരുടെ പുരോഗതിയെക്കുറിച്ച് കുട്ടികളോടു ചോദിക്കുക. അവർക്കുവേണ്ടി തുടർന്നും പ്രാർത്ഥിക്കുക.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29 – Life after Death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29 – Life after Death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