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26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സാത്താന്റെ എതിർപ്പ്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32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യേശുക്രിസ്തുവിനെ അനുഗമിക്കുന്നതിൽനിന്ന് നമ്മെ തടയാൻ സാത്താൻ ശ്രമിക്കുന്നുവെന്നു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ഈ പാഠം ഒരുക്കുമ്പോൾ നിങ്ങളുടെ വിദ്യാർത്ഥികൾ ക്രിസ്തുവിങ്കൽ വരുന്നതു തടയാനുള്ള സാത്താന്റെ ശ്രമങ്ങളെ ദൈവം പരാജയപ്പെടുത്തണമെന്നു പ്രാർത്ഥിക്കുക. തങ്ങളുടെ ജീവിതം കർത്താവിനു സമർപ്പിച്ചതായി നിങ്ങൾക്ക് അറിയാവുന്ന ഏതൊരു വിദ്യാർത്ഥിക്കുംവേണ്ടി ദൈവത്തെ സ്തുതിക്കുക. പിന്നെ യാക്കോബ് 1:14-15, 1 പത്രൊസ് 5:8-9, മർക്കൊസ് 10:17-22 എന്നിവയും പാഠപദ്ധതിയും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കഴിഞ്ഞയാഴ്ചത്തെ വാക്യം 1 യോഹന്നാൻ 4:4 അല്ലെങ്കിൽ 1 പത്രൊസ് 5:8-9 തുടർന്നും പഠിക്കുക.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ഉണർന്നിരിക്കുവിൻ, ജാഗ്രതയോടിരിക്കുവിൻ. നിങ്ങളുടെ ശത്രുവായ പിശാച് ഗർജ്ജിക്കുന്ന സിംഹത്തെപ്പോലെ ആരെ വിഴുങ്ങേണ്ടു എന്നു നോക്കി ചുറ്റിനടക്കുന്നു. വിശ്വാസത്തിൽ ഉറച്ചുനിന്ന് അവനോട് എതിർത്തുനിൽക്കുവിൻ. 1 പത്രൊസ് 5:8-9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ഒരു പ്രലോഭനത്തെ ചെറുത്തതിനെക്കുറിച്ച് നിങ്ങളുടെ സ്വന്തം അനുഭവത്തിൽനിന്നോ ഉണ്ടാക്കിയതോ ആയ ഒരു ചെറിയ കഥയോടെ ആരംഭിക്കുക.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ഉദാഹരണം: നിങ്ങൾ സ്കൂളിലാണ്, അധ്യാപകൻ പരീക്ഷ നടത്തുന്നു. ക്ലാസ്സിൽ വളരെ മിടുക്കനായ ഒരു കുട്ടിയുടെ അടുത്താണ് നിങ്ങൾ ഇരിക്കുന്നത്, അവന്റെ ഉത്തരങ്ങൾ നിങ്ങൾക്ക് എളുപ്പത്തിൽ കാണാം.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അവന്റെ കടലാസിലേക്കു നോക്കാതിരിക്കാൻ നിങ്ങൾ കർത്താവായ യേശുവിനോടു സഹായം ചോദിക്കുന്നു. ദൈവത്തിന്റെ സഹായത്താൽ നിങ്ങൾ അവന്റെ കടലാസിൽനിന്ന് കണ്ണു മാറ്റി പരീക്ഷ എഴുതി പൂർത്തിയാക്കുന്നു.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32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ക്രിസ്ത്യാനി നടുവിലാണ്. അമിതമായി കുടിക്കാനും തെറ്റായ വഴിയിൽ പണം നേടാനുമുള്ള പ്രലോഭനത്തിനു പുറംതിരിയുകയാണ് അവൻ. പണവും സമ്പത്തും തെറ്റല്ലെന്നു പറയേണ്ടത് പ്രധാനമാണ്. അവ ദൈവത്തിന്റെ ദാനങ്ങളാണ്, എന്നാൽ അവ നമ്മുടെ ജീവിതത്തിൽ ഒന്നാം സ്ഥാനത്തു വരുമ്പോൾ തെറ്റായിത്തീരുന്നു.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യേശുവിന്റെ അടുക്കൽ വന്ന ധനികനായ ചെറുപ്പക്കാരന്റെ കഥ പറയുക. അവൻ യേശുവിനെ അനുഗമിക്കാൻ ശരിക്കും ആഗ്രഹിച്ചു. അവൻ ദൈവകല്പനകൾ അനുസരിച്ചിരുന്നു. തന്റെ സമ്പത്തു വിൽക്കാൻ യേശു അവനോടു പറഞ്ഞത് അവ ഉള്ളത് തെറ്റായതുകൊണ്ടല്ല, ദൈവത്തെ സേവിക്കുന്നതിനെക്കാൾ അവയ്ക്ക് അവൻ പ്രാധാന്യം നൽകിയതുകൊണ്ടാണ്. ആ ചെറുപ്പക്കാരന് പ്രലോഭനത്തെ ചെറുക്കാൻ കഴിഞ്ഞില്ല. ഭൗതിക വസ്തുക്കൾ ആഗ്രഹിക്കുംവിധം നമ്മെ കൊണ്ടുവരാൻ കഴിഞ്ഞാൽ നാം ദൈവത്തിൽനിന്ന് കണ്ണെടുക്കുമെന്ന് സാത്താന് അറിയാം.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യേശുവിനെ അനുഗമിക്കുന്നതും ദൈവകുടുംബത്തിൽ ഉൾപ്പെടുന്നതും ലോകസമ്പത്തിനെക്കാളും, ദൈവത്തിൽനിന്ന് അകലാൻ പ്രേരിപ്പിക്കുന്ന അവിശ്വാസികളുടെ സൗഹൃദത്തെക്കാളും വളരെ വിലയേറിയതാണെന്ന് ഊന്നിപ്പറഞ്ഞുകൊണ്ട് പാഠം ചുരുക്കി ഒന്നുകൂടി 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/>
          <w:sz w:val="22"/>
        </w:rPr>
        <w:t xml:space="preserve">ചിത്രം 32 വീണ്ടും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ക്രിസ്ത്യാനി സാത്താന്റെ കൂട്ടുകാർ വച്ചുനീട്ടുന്നതിൽനിന്ന് പുറംതിരിഞ്ഞ് യേശുവിങ്കലേക്കു തിരിയുന്നത് കാണിക്കുക. ഏതെല്ലാം കാര്യങ്ങളിൽനിന്ന് തങ്ങൾ പുറംതിരിയണമെന്നു കുട്ടികളോടു ചോദിക്കുക. സഹോദരനോടോ സഹോദരിയോടോ വഴക്കിടുന്നതാണോ? ചില നിർദ്ദേശങ്ങൾ നൽകുക.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26 – Satan's Opposition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26 – Satan's Opposition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