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25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ദുരാത്മാക്കളുടെമേൽ ദൈവത്തിനു ശക്തിയുണ്ട്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31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കർത്താവായ യേശുക്രിസ്തുവിന് ദുരാത്മാക്കളുടെമേൽ ശക്തിയുണ്ടെന്നു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ഈ പാഠം ഒരുക്കുമ്പോൾ യേശു സാത്താനെയും തിന്മയെയും ജയിച്ചതിന് ദൈവത്തെ സ്തുതിക്കുക. നിങ്ങളും നിങ്ങളുടെ വിദ്യാർത്ഥികളും ക്രിസ്തീയ വിശ്വാസികളും ദുരാത്മാക്കളെ ഭയപ്പെടേണ്ടതില്ലാത്തതിന് അവിടുത്തോടു നന്ദി പറയുക; കാരണം അവ കർത്താവായ യേശുക്രിസ്തുവിന്റെ ശക്തിക്കും അധികാരത്തിനും വിധേയമാണ്. പിന്നെ ലൂക്കൊസ് 8:26-39-ഉം പാഠപദ്ധതിയും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1 യോഹന്നാൻ 4:4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നിങ്ങളിലുള്ള ആത്മാവ് ലോകത്തിന്റേതായവരിലുള്ള ആത്മാവിനെക്കാൾ ശക്തനാണ്.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സൺഡേ സ്കൂൾ തുടങ്ങുന്നതിനു മുമ്പ് പാഠത്തിന്റെ തുടക്കത്തിൽ നിങ്ങളെ സഹായിക്കാമോ എന്ന് മുതിർന്ന 6 അല്ലെങ്കിൽ 8 കുട്ടികളോടു ചോദിക്കുക. അവർ ഇരട്ട സംഖ്യയിൽ ആയിരിക്കണം; ആൺകുട്ടികൾക്ക് ഇത് പെൺകുട്ടികളെക്കാൾ ഇഷ്ടപ്പെട്ടേക്കാം. പാഠത്തിന്റെ തുടക്കത്തിൽ നിങ്ങളുടെ സഹായികളെ തുല്യ എണ്ണമുള്ള രണ്ടു ടീമുകളായി തിരിച്ച് വടംവലി എന്ന കളി നടത്തുക. ഓരോ ടീമിന്റെയും നേതാവായി ഒരു അധ്യാപകൻ ഇരിക്കാം.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ഓരോ ടീം അംഗവും തന്റെ മുന്നിലുള്ളയാളുടെ അരയിൽ പിടിക്കുന്നു. നേതാക്കൾ കൈകൾ കോർക്കുന്നു. രണ്ടു നേതാക്കൾക്കിടയിൽ തറയിൽ ഒരു അടയാളം ഇടുന്നു. “തുടങ്ങൂ” എന്നു പറയുമ്പോൾ ഓരോ ടീമും മറ്റേ ടീമിനെ അടയാളത്തിനപ്പുറത്തേക്കു വലിക്കാൻ ശ്രമിക്കണം. ടീം അംഗങ്ങൾ പരസ്പരം വിടരുത്. ഈ കളി ഒരു തവണ കളിച്ചശേഷം കുട്ടികളെ അവരുടെ സ്ഥലങ്ങളിലേക്ക് തിരിച്ചയയ്ക്കുക.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ആ കളി രസകരമായിരുന്നു, എന്നാൽ അത് നിങ്ങളുടെ തലയ്ക്കുള്ളിൽ നടക്കുന്ന ഒരു വടംവലി ആണെന്നു കരുതുക. നിങ്ങൾക്കു ഭ്രാന്തു പിടിക്കും. ഒരു ദിവസം യേശു അങ്ങനെയുള്ള ഒരു മനുഷ്യനെ കണ്ടുമുട്ടി. </w:t>
      </w:r>
      <w:r>
        <w:rPr>
          <w:rFonts w:ascii="Nirmala UI" w:hAnsi="Nirmala UI" w:cs="Nirmala UI"/>
          <w:b w:val="0"/>
          <w:i/>
          <w:sz w:val="22"/>
        </w:rPr>
        <w:t xml:space="preserve">ചിത്രം 31 കാണിക്കുക</w:t>
      </w:r>
      <w:r>
        <w:rPr>
          <w:rFonts w:ascii="Nirmala UI" w:hAnsi="Nirmala UI" w:cs="Nirmala UI"/>
          <w:b w:val="0"/>
          <w:i w:val="0"/>
          <w:sz w:val="22"/>
        </w:rPr>
        <w:t xml:space="preserve">. ഈ മനുഷ്യന് സുബോധമില്ല. അവൻ എങ്ങനെ ജീവിച്ചിരുന്നുവെന്നും അവന് എന്തായിരുന്നു കുഴപ്പമെന്നും വിവരിക്കുക. അവന്റെ ശരീരം അനേകം ദുരാത്മാക്കളുടെ ബാധയിലായിരുന്നു (അവയ്ക്ക് അവകാശപ്പെട്ടതായിരുന്നു), ലൂക്കൊസ് 8:27, 29-30.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ഒരു ദിവസം യേശു അവനെ എങ്ങനെ കണ്ടുമുട്ടി എന്നു വിവരിക്കുക. യേശു ആരെന്ന് ദുരാത്മാക്കൾ അറിയുകയും തങ്ങളുടെമേലുള്ള അവന്റെ ശക്തി തിരിച്ചറിയുകയും ചെയ്തു, ലൂക്കൊസ് 8:28.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ദുരാത്മാക്കളോട് ആ മനുഷ്യനെ വിട്ടുപോകാൻ യേശു കല്പിക്കുകയും അവ പന്നികളിൽ പ്രവേശിക്കാൻ അനുവദിക്കുകയും ചെയ്തു. എല്ലാ ദുരാത്മാക്കളുടെമേലും യേശുവിന് ശക്തിയുണ്ട്. ഏതു ഭൂതത്തെക്കാളും യേശു എത്രയോ ശക്തനായതുകൊണ്ട് ‘പട’ (ലെഗ്യോൻ) എന്നു പേരുള്ള ആ മനുഷ്യനെ വിട്ടുപോകാൻ ഭൂതങ്ങൾ നിർബന്ധിതരായി, ലൂക്കൊസ് 8:32-33. ഭൂതങ്ങളോ ദുരാത്മാക്കളോ യേശുവിനെ ഭയപ്പെടുന്നു. ദുരാത്മാക്കളെക്കുറിച്ചുള്ള നമ്മുടെ ഭയം നീക്കാൻ യേശുവിന്റെ ശക്തിക്കു കഴിയും.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‘പട’ എന്നു പേരുള്ള മനുഷ്യൻ ഒരു പുതിയ വ്യക്തിയെപ്പോലെയായി, ലൂക്കൊസ് 8:35. തനിക്ക് യേശുവിനോടുകൂടെ നിൽക്കാമോ എന്ന് അവൻ ചോദിച്ചു, എന്നാൽ യേശു അവനു ചെയ്യാൻ ഒരു പുതിയ ജോലി നൽകി, ലൂക്കൊസ് 8:39. അവൻ മാറ്റപ്പെട്ട വ്യക്തിയായിരുന്നു.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ദുരാത്മാക്കൾ ബാധിച്ച, മറ്റുള്ളവർ ദുഷ്ടനും ഭ്രാന്തനും അപകടകാരിയും രക്ഷിക്കാൻ കഴിയാത്തവനുമായി കരുതിയ ഒരു മനുഷ്യനെ തന്റെ അധികാരവും ശക്തിയും കൊണ്ട് യേശുവിനു സഹായിക്കാൻ കഴിഞ്ഞുവെന്ന് ഊന്നിപ്പറഞ്ഞുകൊണ്ട് പാഠം ചുരുക്കി ഒന്നുകൂടി പറയുക. ദൈവത്തിന് ഒന്നും അസാധ്യമല്ല.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ഇത് പഠിപ്പിക്കുമ്പോൾ ഇതിന്റെ അർത്ഥം വിശദീകരിക്കുക: ക്രിസ്ത്യാനിയിലുള്ള ദൈവത്തിന്റെ പരിശുദ്ധാത്മാവ് ലോകത്തിലെ ഏതു ആത്മാവിനെക്കാളും ശക്തനാണ്. നാം യേശുവിന്റെ സഹായം ചോദിക്കുമ്പോൾ അവൻ നമ്മെ സംരക്ഷിക്കുന്നതുകൊണ്ട് ദുരാത്മാക്കൾക്കു നമ്മെ ഉപദ്രവിക്കാൻ കഴിയില്ല.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25 – God has Power Over Evil Spirits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25 – God has Power Over Evil Spirits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