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23</w:t>
      </w:r>
    </w:p>
    <w:p>
      <w:pPr>
        <w:keepNext/>
        <w:spacing w:after="40"/>
      </w:pPr>
      <w:r>
        <w:rPr>
          <w:rFonts w:ascii="Nirmala UI" w:hAnsi="Nirmala UI" w:cs="Nirmala UI"/>
          <w:b/>
          <w:color w:val="1F4E79"/>
          <w:sz w:val="52"/>
        </w:rPr>
        <w:t xml:space="preserve">മറ്റുള്ളവരെ സ്നേഹിക്കുക</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29</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യേശുവിനെ അനുഗമിക്കുക എന്നാൽ മറ്റുള്ളവരെ സ്നേഹിക്കുകയും സേവിക്കുകയും, നമ്മുടെ ശത്രുക്കളെപ്പോലും സ്നേഹിക്കുകയും ചെയ്യുക എന്നാണെന്നു പഠിപ്പിക്കുക.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ഈ പാഠം ഒരുക്കുമ്പോൾ നല്ല ശമര്യക്കാരന്റെ കഥ പഠിപ്പിക്കാൻ ദൈവത്തോടു സഹായം ചോദിക്കുക; അങ്ങനെ നിങ്ങളുടെ വിദ്യാർത്ഥികൾ “നിന്റെ അയൽക്കാരനെ നിന്നെപ്പോലെ തന്നെ സ്നേഹിക്കുക” എന്ന ദൈവകല്പന മനസ്സിലാക്കി പ്രാവർത്തികമാക്കട്ടെ. പിന്നെ ലൂക്കൊസ് 10:25-37-ഉം പാഠപദ്ധതിയും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ലൂക്കൊസ് 10:27</w:t>
            </w:r>
          </w:p>
          <w:p>
            <w:pPr>
              <w:spacing w:after="40"/>
            </w:pPr>
            <w:r>
              <w:rPr>
                <w:rFonts w:ascii="Nirmala UI" w:hAnsi="Nirmala UI" w:cs="Nirmala UI"/>
                <w:b w:val="0"/>
                <w:i/>
                <w:sz w:val="22"/>
              </w:rPr>
              <w:t xml:space="preserve">നിന്റെ അയൽക്കാരനെ നിന്നെപ്പോലെ തന്നെ സ്നേഹിക്കുക.</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ഒരു കുടുംബത്തെ ബന്ധുവല്ലാത്ത ഒരു അയൽക്കാരൻ സഹായിച്ച ഒരു ഉദാഹരണം ചിന്തിച്ച് ക്ലാസ്സിനോടു പറയുക. ഉദാഹരണത്തിന്, അയൽക്കാരൻ മറ്റൊരു കുടുംബത്തിലെ രോഗിയെ ആശുപത്രിയിൽ കൊണ്ടുപോയി, അല്ലെങ്കിൽ മറ്റെന്തെങ്കിലും ദയാപ്രവൃത്തി ചെയ്തു.</w:t>
      </w:r>
    </w:p>
    <w:p>
      <w:pPr>
        <w:pStyle w:val="Heading2"/>
      </w:pPr>
      <w:r>
        <w:rPr>
          <w:rFonts w:ascii="Nirmala UI" w:hAnsi="Nirmala UI" w:cs="Nirmala UI"/>
        </w:rPr>
        <w:t xml:space="preserve">പാഠത്തിലെ പ്രധാന ആശയങ്ങൾ</w:t>
      </w:r>
    </w:p>
    <w:p>
      <w:r>
        <w:rPr>
          <w:rFonts w:ascii="Nirmala UI" w:hAnsi="Nirmala UI" w:cs="Nirmala UI"/>
          <w:b w:val="0"/>
          <w:i w:val="0"/>
          <w:sz w:val="22"/>
        </w:rPr>
        <w:t xml:space="preserve">കുറിപ്പ്: ഒരേ പേജിൽ 2 ചിത്രങ്ങളുണ്ട്. കഴിയുമെങ്കിൽ കഥയുടെ ആദ്യഭാഗത്തിനായി പേജിന്റെ ഇടതുവശത്തെ ചിത്രം ഒരു പേപ്പർ ക്ലിപ്പ് ഉപയോഗിച്ച് ഒരു കടലാസ് പിടിപ്പിച്ച് മറയ്ക്കുക.</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i w:val="0"/>
          <w:sz w:val="22"/>
        </w:rPr>
        <w:t xml:space="preserve">ഒരിക്കൽ യേശു ഒരു യാത്ര പോയ മനുഷ്യനെക്കുറിച്ച് ഒരു കഥ പറഞ്ഞു. നല്ല ശമര്യക്കാരന്റെ കഥ, ലൂക്കൊസ് 10:30-35, നിങ്ങളുടെ സ്വന്തം വാക്കുകളിൽ പറയുക. യേശുവിന്റെ കഥയിലെ ശമര്യക്കാരനും യഹൂദനും പരസ്പരം ശത്രുക്കളായിരുന്നുവെന്ന് ചൂണ്ടിക്കാണിക്കുക.</w:t>
      </w:r>
    </w:p>
    <w:p>
      <w:pPr>
        <w:tabs>
          <w:tab w:pos="567" w:val="left"/>
        </w:tabs>
        <w:spacing w:after="120"/>
        <w:ind w:left="567" w:hanging="567"/>
      </w:pPr>
      <w:r>
        <w:rPr>
          <w:rFonts w:ascii="Calibri" w:hAnsi="Calibri" w:cs="Calibri" w:eastAsia="Calibri"/>
          <w:b/>
          <w:color w:val="1F4E79"/>
          <w:sz w:val="22"/>
        </w:rPr>
        <w:t>2.</w:t>
        <w:tab/>
      </w:r>
      <w:r>
        <w:rPr>
          <w:rFonts w:ascii="Calibri" w:hAnsi="Calibri" w:cs="Calibri" w:eastAsia="Calibri"/>
          <w:b w:val="0"/>
          <w:i w:val="0"/>
          <w:sz w:val="22"/>
        </w:rPr>
      </w:r>
      <w:r>
        <w:rPr>
          <w:rFonts w:ascii="Nirmala UI" w:hAnsi="Nirmala UI" w:cs="Nirmala UI"/>
          <w:b w:val="0"/>
          <w:i/>
          <w:sz w:val="22"/>
        </w:rPr>
        <w:t xml:space="preserve">ചിത്രം 29, രണ്ടാമത്തെ ചിത്രം കാണിക്കുക. </w:t>
      </w:r>
      <w:r>
        <w:rPr>
          <w:rFonts w:ascii="Nirmala UI" w:hAnsi="Nirmala UI" w:cs="Nirmala UI"/>
          <w:b w:val="0"/>
          <w:i w:val="0"/>
          <w:sz w:val="22"/>
        </w:rPr>
        <w:t xml:space="preserve">ഒരു ക്രിസ്ത്യാനി മറ്റാരെക്കാളും കൂടുതൽ ചെയ്യണമെന്നാണ് യേശു പറഞ്ഞതെന്നു പഠിപ്പിക്കുന്നത് പ്രധാനമാണ്. അവൻ തന്റെ സുഹൃത്തിനെ മാത്രമല്ല, ശത്രുവിനെയും സ്നേഹിക്കുകയും സഹായിക്കുകയും വേണം.</w:t>
      </w:r>
    </w:p>
    <w:p>
      <w:pPr>
        <w:pStyle w:val="Heading2"/>
      </w:pPr>
      <w:r>
        <w:rPr>
          <w:rFonts w:ascii="Nirmala UI" w:hAnsi="Nirmala UI" w:cs="Nirmala UI"/>
        </w:rPr>
        <w:t xml:space="preserve">അവലോകനം</w:t>
      </w:r>
    </w:p>
    <w:p>
      <w:r>
        <w:rPr>
          <w:rFonts w:ascii="Nirmala UI" w:hAnsi="Nirmala UI" w:cs="Nirmala UI"/>
          <w:b w:val="0"/>
          <w:i w:val="0"/>
          <w:sz w:val="22"/>
        </w:rPr>
        <w:t xml:space="preserve">നാം നമ്മെ സ്നേഹിക്കുന്നതുപോലെ മറ്റുള്ളവരെ സ്നേഹിക്കണമെന്ന് ദൈവം പ്രതീക്ഷിക്കുന്നുവെന്നു കാണിക്കാൻ പാഠം ചുരുക്കി ഒന്നുകൂടി പറയുക. തീർച്ചയായും നമ്മുടെ സ്വന്തം നിശ്ചയദാർഢ്യംകൊണ്ടോ ശക്തികൊണ്ടോ അല്ല, പരിശുദ്ധാത്മാവിന്റെ ശക്തിയാലാണ് നമുക്ക് ഇതു ചെയ്യാൻ കഴിയുക.</w:t>
      </w:r>
    </w:p>
    <w:p>
      <w:pPr>
        <w:pStyle w:val="Heading2"/>
      </w:pPr>
      <w:r>
        <w:rPr>
          <w:rFonts w:ascii="Nirmala UI" w:hAnsi="Nirmala UI" w:cs="Nirmala UI"/>
        </w:rPr>
        <w:t xml:space="preserve">പാഠത്തോടുള്ള നമ്മുടെ പ്രതികരണം</w:t>
      </w:r>
    </w:p>
    <w:p>
      <w:r>
        <w:rPr>
          <w:rFonts w:ascii="Nirmala UI" w:hAnsi="Nirmala UI" w:cs="Nirmala UI"/>
          <w:b w:val="0"/>
          <w:i/>
          <w:sz w:val="22"/>
        </w:rPr>
        <w:t xml:space="preserve">ചിത്രം 29, ആദ്യത്തെ ചിത്രം കാണിക്കുക. </w:t>
      </w:r>
      <w:r>
        <w:rPr>
          <w:rFonts w:ascii="Nirmala UI" w:hAnsi="Nirmala UI" w:cs="Nirmala UI"/>
          <w:b w:val="0"/>
          <w:i w:val="0"/>
          <w:sz w:val="22"/>
        </w:rPr>
        <w:t xml:space="preserve">ഇന്ന് ആരെ സഹായിക്കുക എന്നാണ് അതിനർത്ഥം? കുട്ടികളിൽനിന്ന് നിർദ്ദേശങ്ങൾ വാങ്ങുക. നമ്മോടു തെറ്റു ചെയ്തവരെ എന്നാണ് അതിനർത്ഥം. മറ്റൊരു ഗോത്രത്തിൽനിന്നുള്ളവരെ എന്നാണ് അതിനർത്ഥം. ചിത്രത്തിൽ ആളുകൾ തങ്ങളുടെ ആയുധങ്ങൾ താഴെയിട്ടിരിക്കുന്നു. നമ്മെ വെറുക്കുന്നവരെ സ്നേഹിക്കാൻ പരിശുദ്ധാത്മാവ് നൽകുന്ന ശക്തിയാൽ മാത്രമേ നമുക്കു കഴിയൂ.</w:t>
      </w:r>
    </w:p>
    <w:p>
      <w:pPr>
        <w:pStyle w:val="Heading2"/>
      </w:pPr>
      <w:r>
        <w:rPr>
          <w:rFonts w:ascii="Nirmala UI" w:hAnsi="Nirmala UI" w:cs="Nirmala UI"/>
        </w:rPr>
        <w:t xml:space="preserve">മനഃപാഠ വാക്യം പഠിപ്പിക്കുക</w:t>
      </w:r>
    </w:p>
    <w:p>
      <w:r>
        <w:rPr>
          <w:rFonts w:ascii="Nirmala UI" w:hAnsi="Nirmala UI" w:cs="Nirmala UI"/>
          <w:b w:val="0"/>
          <w:i w:val="0"/>
          <w:sz w:val="22"/>
        </w:rPr>
        <w:t xml:space="preserve">ഇത് അഭിനയിക്കാൻ വളരെ നല്ല ഒരു കഥയാണ്. ശത്രുവായി കരുതപ്പെടുന്ന ഒരു ഗോത്രത്തിലെ ഒരാളെ ഒരു വ്യക്തി സഹായിക്കുന്ന ഒരു ആധുനിക കഥയായി നിങ്ങൾക്ക് ഇത് അഭിനയിക്കാം.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23 – Loving Others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23 – Loving Others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