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21</w:t>
      </w:r>
    </w:p>
    <w:p>
      <w:pPr>
        <w:keepNext/>
        <w:spacing w:after="40"/>
      </w:pPr>
      <w:r>
        <w:rPr>
          <w:rFonts w:ascii="Nirmala UI" w:hAnsi="Nirmala UI" w:cs="Nirmala UI"/>
          <w:b/>
          <w:color w:val="1F4E79"/>
          <w:sz w:val="52"/>
        </w:rPr>
        <w:t xml:space="preserve">വെളിച്ചത്തിൽ നടക്കുക</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25, 26</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സാത്താൻ നാം ഇരുട്ടിൽ നടക്കണമെന്ന് ആഗ്രഹിക്കുന്നുവെങ്കിലും ദൈവത്തിന്റെ പരിശുദ്ധാത്മാവ് ഒരു ക്രിസ്ത്യാനിയെ വെളിച്ചത്തിൽ നടക്കാൻ പ്രാപ്തനാക്കുന്നുവെന്നു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വെളിച്ചത്തിൽ നടക്കാനും യേശുവിലുള്ള ദൈവസ്നേഹത്തിന് വിശ്വസ്തസാക്ഷിയായിരിക്കാനും തുടർന്നും സഹായിക്കണമെന്ന് ദൈവത്തോടു പ്രാർത്ഥിക്കുക. പിന്നെ എഫെസ്യർ 5:8-20, യോശുവ 7, ലൂക്കൊസ് 19:1-10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എഫെസ്യർ 5:8</w:t>
            </w:r>
          </w:p>
          <w:p>
            <w:pPr>
              <w:spacing w:after="40"/>
            </w:pPr>
            <w:r>
              <w:rPr>
                <w:rFonts w:ascii="Nirmala UI" w:hAnsi="Nirmala UI" w:cs="Nirmala UI"/>
                <w:b w:val="0"/>
                <w:i/>
                <w:sz w:val="22"/>
              </w:rPr>
              <w:t xml:space="preserve">നിങ്ങൾ വെളിച്ചത്തിന്റെ മക്കളെപ്പോലെ ജീവിക്കണം.</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സൺഡേ സ്കൂളിനു മുമ്പ് മുതിർന്ന രണ്ടു കുട്ടികളോട് നിങ്ങളെ സഹായിക്കാൻ ആവശ്യപ്പെട്ട് അവർ എന്തു ചെയ്യണമെന്നു വിശദീകരിക്കുക. പാഠത്തിന്റെ തുടക്കത്തിൽ ആദ്യത്തെ കുട്ടിയോട് മുറിയുടെ ഒരു വശത്തുനിന്ന് മറുവശത്തേക്കു നടക്കാൻ പറയുക. അവിടെ ഒരു മേശയും കസേരയും വയ്ക്കുക, അതിനാൽ അവൻ അവയെ ചുറ്റി നടക്കേണ്ടിവരും. രണ്ടാമത്തെ കുട്ടിയോടും ഇതുതന്നെ ചെയ്യാൻ പറയുക, പക്ഷേ അവൻ കണ്ണു പൊത്തണം. ആരാണ് കൂടുതൽ എളുപ്പത്തിലും വേഗത്തിലും നടന്നതെന്നു ക്ലാസ്സിനോടു ചോദിക്കുക. ഉത്തരം - ആദ്യത്തെ കുട്ടി, കാരണം തന്റെ വഴി അവന് കാണാമായിരുന്നു. അവൻ വെളിച്ചത്തിൽ നടന്നു.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26 കുട്ടികളെ കാണിക്കുക. </w:t>
      </w:r>
      <w:r>
        <w:rPr>
          <w:rFonts w:ascii="Nirmala UI" w:hAnsi="Nirmala UI" w:cs="Nirmala UI"/>
          <w:b w:val="0"/>
          <w:i w:val="0"/>
          <w:sz w:val="22"/>
        </w:rPr>
        <w:t xml:space="preserve">രണ്ടു ചിത്രങ്ങളെക്കുറിച്ചും സംസാരിക്കുക. </w:t>
      </w:r>
      <w:r>
        <w:rPr>
          <w:rFonts w:ascii="Nirmala UI" w:hAnsi="Nirmala UI" w:cs="Nirmala UI"/>
          <w:b w:val="0"/>
          <w:i/>
          <w:sz w:val="22"/>
        </w:rPr>
        <w:t xml:space="preserve">ആദ്യത്തെ ചിത്രം: </w:t>
      </w:r>
      <w:r>
        <w:rPr>
          <w:rFonts w:ascii="Nirmala UI" w:hAnsi="Nirmala UI" w:cs="Nirmala UI"/>
          <w:b w:val="0"/>
          <w:i w:val="0"/>
          <w:sz w:val="22"/>
        </w:rPr>
        <w:t xml:space="preserve">ആദ്യത്തെ ചിത്രത്തിലെ മനുഷ്യൻ എന്തു ചെയ്യുന്നു? അവൻ ഇരുട്ടിൽ വഴിയിലൂടെ നടക്കുകയാണ്. വഴി മോശമാണ്. അവൻ കുഴികളിൽ വീഴുന്നു. അവൻ ഭയപ്പെടുന്നു. </w:t>
      </w:r>
      <w:r>
        <w:rPr>
          <w:rFonts w:ascii="Nirmala UI" w:hAnsi="Nirmala UI" w:cs="Nirmala UI"/>
          <w:b w:val="0"/>
          <w:i/>
          <w:sz w:val="22"/>
        </w:rPr>
        <w:t xml:space="preserve">രണ്ടാമത്തെ ചിത്രം: </w:t>
      </w:r>
      <w:r>
        <w:rPr>
          <w:rFonts w:ascii="Nirmala UI" w:hAnsi="Nirmala UI" w:cs="Nirmala UI"/>
          <w:b w:val="0"/>
          <w:i w:val="0"/>
          <w:sz w:val="22"/>
        </w:rPr>
        <w:t xml:space="preserve">രണ്ടാമത്തെ ചിത്രത്തിലെ മനുഷ്യൻ എന്തു ചെയ്യുന്നു? അവൻ വെളിച്ചത്തിൽ വഴിയിലൂടെ നടക്കുകയാണ്. വഴി നല്ലതാണ്. അവൻ സന്തോഷവാനാണ്. ഒരു മനുഷ്യൻ ഇരുട്ടിലും മറ്റേയാൾ വെളിച്ചത്തിലും ആണെന്ന കാര്യം ഊന്നിപ്പറയുക.</w:t>
      </w:r>
    </w:p>
    <w:p>
      <w:pPr>
        <w:tabs>
          <w:tab w:pos="567" w:val="left"/>
        </w:tabs>
        <w:spacing w:after="120"/>
        <w:ind w:left="567" w:hanging="567"/>
      </w:pPr>
      <w:r>
        <w:rPr>
          <w:rFonts w:ascii="Calibri" w:hAnsi="Calibri" w:cs="Calibri" w:eastAsia="Calibri"/>
          <w:b/>
          <w:color w:val="1F4E79"/>
          <w:sz w:val="22"/>
        </w:rPr>
        <w:t>2.</w:t>
        <w:tab/>
      </w:r>
      <w:r>
        <w:rPr>
          <w:rFonts w:ascii="Calibri" w:hAnsi="Calibri" w:cs="Calibri" w:eastAsia="Calibri"/>
          <w:b w:val="0"/>
          <w:i w:val="0"/>
          <w:sz w:val="22"/>
        </w:rPr>
      </w:r>
      <w:r>
        <w:rPr>
          <w:rFonts w:ascii="Nirmala UI" w:hAnsi="Nirmala UI" w:cs="Nirmala UI"/>
          <w:b w:val="0"/>
          <w:i/>
          <w:sz w:val="22"/>
        </w:rPr>
        <w:t xml:space="preserve">ചിത്രം 25 വീണ്ടും നോക്കുക. </w:t>
      </w:r>
      <w:r>
        <w:rPr>
          <w:rFonts w:ascii="Nirmala UI" w:hAnsi="Nirmala UI" w:cs="Nirmala UI"/>
          <w:b w:val="0"/>
          <w:i w:val="0"/>
          <w:sz w:val="22"/>
        </w:rPr>
        <w:t xml:space="preserve">യേശുവിന്റെ അനുയായികളെ സഹായിക്കാൻ വന്നത് ആര്? അവരെ സഹായിക്കാൻ യേശു ദൈവത്തിന്റെ പരിശുദ്ധാത്മാവിനെ അയച്ചു. ദൈവത്തെ പ്രസാദിപ്പിക്കാൻ പരിശുദ്ധാത്മാവ് നമ്മെ സഹായിക്കുന്നു. ഇത് വെളിച്ചത്തിൽ നടക്കുന്നതുപോലെയാണ്. എന്നാൽ സാത്താൻ നമ്മെ ഇരുട്ടിൽ നടത്താൻ ശ്രമിക്കുന്നു. യേശുവിനെ അനുഗമിക്കുന്നതിൽനിന്ന് നമ്മെ തടയാൻ അവൻ ശ്രമിക്കുന്നു.</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ആഖാൻ എന്നു പേരുള്ള ഒരു പടയാളി ഉണ്ടായിരുന്നു. ഉയരമുള്ള മതിലുകളുള്ള യെരീഹോ എന്ന വലിയ പട്ടണത്തിനെതിരെയുള്ള യുദ്ധത്തിൽ അവൻ പോരാടി. യെരീഹോവിന്റെ മതിലുകൾ വീഴുമെന്നു ദൈവം പറഞ്ഞു. പട്ടണത്തിൽനിന്ന് ഒന്നും എടുക്കരുതെന്നു പടയാളികളോടു കല്പിച്ചിരുന്നു. ആഖാൻ എടുത്ത് തന്റെ കൂടാരത്തിൽ ഒളിപ്പിച്ചതിന്റെ കഥ പറയുക. യോശുവ 7:21. ആഖാൻ ദൈവത്തെ അനുസരിക്കാതെ മോഷ്ടിച്ചതുകൊണ്ട് അടുത്ത യുദ്ധത്തിൽ ആഖാനും ഇസ്രായേല്യരും ജയിച്ചില്ല. അവൻ ഇരുട്ടിൽ നടക്കുകയായിരുന്നു. അവൻ ശിക്ഷിക്കപ്പെട്ടു. അവൻ ചിത്രം 26-ലെ ആദ്യത്തെ മനുഷ്യനെപ്പോലെയായിരുന്നു. അവൻ സാത്താനെ അനുഗമിച്ചു.</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സക്കായിയുടെ കഥ പറയുക, ലൂക്കൊസ് 19. സക്കായി സർക്കാരിനുവേണ്ടി ജോലി ചെയ്തിരുന്നു. അവൻ പലപ്പോഴും ജനങ്ങളുടെ പണം മോഷ്ടിച്ചിരുന്നു. ഒരു ദിവസം യേശു തന്റെ പട്ടണത്തിൽ വരുന്നുവെന്ന് അവൻ കേട്ടു. അവൻ പൊക്കം കുറഞ്ഞവനായിരുന്നതുകൊണ്ട് യേശുവിനെ കാണാൻ ഒരു മരത്തിൽ കയറി. യേശു മരത്തിന്റെ കീഴിൽ നിന്നു. അവൻ സക്കായിയുടെ വീട്ടിൽ വരാൻ ആഗ്രഹിച്ചു. സക്കായി യേശുവിനെ കണ്ടപ്പോൾ അവനെ അനുഗമിക്കാൻ ആഗ്രഹിച്ചു. യേശുവിന്റെ വെളിച്ചത്തിൽ നടക്കാൻ അവൻ ആഗ്രഹിച്ചു. താൻ മോഷ്ടിച്ച പണം ഏതായാലും നാലിരട്ടിയായി തിരിച്ചുകൊടുക്കുമെന്ന് സക്കായി പറഞ്ഞു. ഒരു ഉദാഹരണം നൽകുക (അവൻ 10 രൂപ മോഷ്ടിച്ചിരുന്നെങ്കിൽ 40 രൂപ തിരിച്ചുകൊടുക്കും).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പാഠം ചുരുക്കി ഒന്നുകൂടി പറഞ്ഞ്, ഇരുട്ടിൽ നടക്കുന്നതും (മനഃപൂർവ്വം പാപം ചെയ്യുന്നതും ദൈവവചനത്തെ അനുസരിക്കാതിരിക്കുന്നതും) ക്രിസ്തുവിന്റെയും പരിശുദ്ധാത്മാവിന്റെയും വെളിച്ചത്തിൽ നടക്കുന്നതും തമ്മിലുള്ള വ്യത്യാസം ഊന്നിപ്പറയുക.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ഇന്നത്തെ വീട്ടിലെ ജീവിതത്തിൽനിന്ന് ഇരുട്ടിൽ നടക്കുന്നതിനും വെളിച്ചത്തിൽ നടക്കുന്നതിനും ഒരു ഉദാഹരണം നൽകുക. കുട്ടികളെക്കൊണ്ടും ഉദാഹരണങ്ങൾ പറയിക്കാൻ ശ്രമിക്കുക. ഉദാഹരണത്തിന്, പറഞ്ഞതു ചെയ്യാൻ വിസമ്മതിക്കുകയോ മറുപടി പറയുകയോ ചെയ്യാതെ വീട്ടിലെ ജോലികളിൽ സഹായിക്കുക. വെളിച്ചത്തിൽ നടക്കാൻ പരിശുദ്ധാത്മാവ് നമ്മെ സഹായിക്കുന്നു.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Walk in the Light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Walk in the Light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