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18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ദൈവത്തിങ്കലേക്കുള്ള മടക്കവഴി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20, 22, 23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കർത്താവായ യേശുക്രിസ്തുവിൽ രക്ഷകനായി വിശ്വസിക്കുന്നതാണ് ദൈവത്തിങ്കലേക്കുള്ള മടക്കവഴിയെന്നു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ഈ പാഠം ഒരുക്കുമ്പോൾ വഴിയും സത്യവും ജീവനുമായ യേശുവിങ്കലേക്ക് നിങ്ങളെ നയിച്ചതിന് ദൈവത്തിനു നന്ദി പറയുക. യേശുവിന്റെ സ്നേഹത്തെയും രക്ഷിക്കാനുള്ള ശക്തിയെയും കുറിച്ച് ആളുകളോടു പറയാൻ കഴിയുന്നത് എത്ര അനുഗ്രഹവും പദവിയുമാണ്. മത്തായി 7:13-14, യോഹന്നാൻ 14:1-7, വെളിപ്പാട് 3:9-10, പാഠ പദ്ധതി എന്നിവ വായിച്ചു പഠിക്കുക.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14:6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ഞാൻ തന്നെ വഴിയും സത്യവും ജീവനും ആകുന്നു. എന്നിലൂടെയല്ലാതെ ആരും പിതാവിന്റെ അടുക്കൽ വരുന്നില്ല.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സൺഡേ സ്കൂളിൽ എത്താൻ നിങ്ങൾ നടക്കുന്ന വഴികൾ വിവരിക്കുക. ചിലത് വീതിയുള്ള വഴികളാണ്, ചിലത് ഇടുങ്ങിയവ. ചിലതിൽ കുഴികളുണ്ട്, ചിലത് നിരപ്പാണ്. ജീവിതം ഒരു വഴിയിലൂടെയുള്ള യാത്രപോലെയാണ്. നിങ്ങളുടെ ജീവിതത്തിൽ നിങ്ങൾ എങ്ങോട്ടു പോകുന്നു?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Calibri" w:hAnsi="Calibri" w:cs="Calibri" w:eastAsia="Calibri"/>
          <w:b w:val="0"/>
          <w:i w:val="0"/>
          <w:sz w:val="22"/>
        </w:rPr>
      </w:r>
      <w:r>
        <w:rPr>
          <w:rFonts w:ascii="Nirmala UI" w:hAnsi="Nirmala UI" w:cs="Nirmala UI"/>
          <w:b w:val="0"/>
          <w:i/>
          <w:sz w:val="22"/>
        </w:rPr>
        <w:t xml:space="preserve">ചിത്രം 22 കാണിക്കുക.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എളുപ്പമുള്ള ഒരു വലിയ, വീതിയുള്ള വഴി ശിക്ഷയുടെ സ്ഥലത്തേക്കു നയിക്കുന്നു. ദൈവം നമുക്കു ജീവൻ തന്നു, നാം അതിനെ സൂക്ഷിക്കണം. ഇതിനു ഉദാഹരണങ്ങൾ പറയുക: നാം അധികം മദ്യപിച്ചാൽ അത് നമ്മുടെ ശരീരത്തിനു ഹാനികരമാകും; സിഗരറ്റ് വലിച്ചാൽ അവ നമ്മുടെ ശ്വാസകോശങ്ങളെ നശിപ്പിക്കും; നിയമവിരുദ്ധ ലഹരിമരുന്ന് ഉപയോഗിച്ചാൽ അത് നമ്മുടെ മനസ്സിനെയും ശരീരത്തെയും ബാധിക്കുകയോ നശിപ്പിക്കുകയോ ചെയ്യും. ചിത്രത്തിലെ വീതിയുള്ള വഴി ചൂണ്ടിക്കാണിക്കുക.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ഇടുങ്ങിയ വഴി കണ്ടെത്താൻ പ്രയാസമാണ്. അത് ക്രൂശിനെ കടന്നുപോകുന്നു. അത് യേശുവിനോടുകൂടെയുള്ള ജീവിതത്തിലേക്കു നയിക്കുന്നു. ചിത്രത്തിലെ ഇടുങ്ങിയ വഴി ചൂണ്ടിക്കാണിക്കുക. </w:t>
      </w:r>
      <w:r>
        <w:rPr>
          <w:rFonts w:ascii="Nirmala UI" w:hAnsi="Nirmala UI" w:cs="Nirmala UI"/>
          <w:b w:val="0"/>
          <w:i/>
          <w:sz w:val="22"/>
        </w:rPr>
        <w:t xml:space="preserve">മനഃപാഠ വാക്യം പറയുക. ചിത്രം 20-ലേക്ക് ഒരു നിമിഷം തിരിഞ്ഞുനോക്കുക.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തന്നിൽ വിശ്വസിക്കുകയും ആശ്രയിക്കുകയും ചെയ്യുന്നവർക്കായി താൻ പോയി ഒരു സ്ഥലം ഒരുക്കുമെന്ന് യേശു വാഗ്ദാനം ചെയ്തു. ക്രൂശിൽ യേശു ശിക്ഷ മുഴുവൻ ഏറ്റെടുത്തതിനാൽ അവർക്ക് ശിക്ഷയില്ല.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വ്യത്യസ്ത വഴികൾ സ്വീകരിച്ച ആളുകളുടെ കഥകൾകൊണ്ട് വിശദീകരിച്ചാൽ ഈ പാഠം മനസ്സിലാക്കാൻ എളുപ്പമാകും. </w:t>
      </w:r>
      <w:r>
        <w:rPr>
          <w:rFonts w:ascii="Nirmala UI" w:hAnsi="Nirmala UI" w:cs="Nirmala UI"/>
          <w:b w:val="0"/>
          <w:i/>
          <w:sz w:val="22"/>
        </w:rPr>
        <w:t xml:space="preserve">ഈ കഥകൾ പറയുക: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a) വീതിയുള്ള വഴി സ്വീകരിച്ച അനന്യാസും സഫീറയും, അപ്പൊ. 5:1-12. അവർ സ്വാർത്ഥരായിരുന്നു, തങ്ങൾ യഥാർത്ഥത്തിൽ ഉള്ളതിനെക്കാൾ നല്ലവരാണെന്ന് സഭയോടു നടിച്ചു, എന്നാൽ അവർ ദൈവത്തോടു കള്ളം പറഞ്ഞു.</w:t>
      </w:r>
    </w:p>
    <w:p>
      <w:pPr>
        <w:spacing w:after="60"/>
        <w:ind w:left="567"/>
      </w:pPr>
      <w:r>
        <w:rPr>
          <w:rFonts w:ascii="Nirmala UI" w:hAnsi="Nirmala UI" w:cs="Nirmala UI"/>
          <w:b w:val="0"/>
          <w:i w:val="0"/>
          <w:sz w:val="22"/>
        </w:rPr>
        <w:t xml:space="preserve">b) ഇടുങ്ങിയ വഴി സ്വീകരിച്ച എത്യോപ്യക്കാരൻ, അപ്പൊ. 8:26-38. അവൻ യേശുക്രിസ്തുവിനെക്കുറിച്ചുള്ള സുവാർത്ത വിശ്വസിച്ചു.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ഇടുങ്ങിയ വഴി (യേശുവിന്റെ വഴി) ഇപ്പോഴും വരാനിരിക്കുന്ന ലോകത്തിലും സമൃദ്ധമായ ജീവിതത്തിലേക്കു നയിക്കുന്നുവെന്നും വീതിയുള്ള വഴി (ലോകത്തിന്റെ വഴി) മരണത്തിലേക്കും ദൈവത്തിൽനിന്നുള്ള വേർപാടിലേക്കും നയിക്കുന്നുവെന്നും വളരെ വ്യക്തമാക്കിക്കൊണ്ട് പാഠം ചുരുക്കമായി ആവർത്തിക്കുക.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r>
        <w:rPr>
          <w:rFonts w:ascii="Nirmala UI" w:hAnsi="Nirmala UI" w:cs="Nirmala UI"/>
          <w:b w:val="0"/>
          <w:i/>
          <w:sz w:val="22"/>
        </w:rPr>
        <w:t xml:space="preserve">ചിത്രം 23 കാണിക്കുക.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എല്ലാ ഗോത്രത്തിൽനിന്നും ജാതിയിൽനിന്നുമുള്ള ഓരോ വ്യക്തിയും തന്നെ അനുഗമിക്കണമെന്ന് ദൈവം ആഗ്രഹിക്കുന്നു. തന്നെ സ്നേഹിക്കുകയും അനുഗമിക്കാൻ ആഗ്രഹിക്കുകയും ചെയ്യുന്നവരെ യേശു സ്വാഗതം ചെയ്യുന്നതാണ് ഇവിടെ. നിങ്ങൾ ഏതു വഴിയാണ് സ്വീകരിക്കുന്നത്?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പഠിപ്പിക്കുക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18 – The Way Back to God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18 – The Way Back to God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