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17</w:t>
      </w:r>
    </w:p>
    <w:p>
      <w:pPr>
        <w:keepNext/>
        <w:spacing w:after="40"/>
      </w:pPr>
      <w:r>
        <w:rPr>
          <w:rFonts w:ascii="Nirmala UI" w:hAnsi="Nirmala UI" w:cs="Nirmala UI"/>
          <w:b/>
          <w:color w:val="1F4E79"/>
          <w:sz w:val="52"/>
        </w:rPr>
        <w:t xml:space="preserve">യേശു സ്വർഗ്ഗത്തിലേക്കു മടങ്ങുന്നു</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20</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 സ്വർഗ്ഗത്തിലേക്കു മടങ്ങിപ്പോയെങ്കിലും ഒരു ദിവസം ഈ ഭൂമിയിലേക്കു മടങ്ങിവരുമെന്നു പഠിപ്പിക്കുക.</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ഈ പാഠം ഒരുക്കുമ്പോൾ യേശുവിന്റെ ഒന്നാമത്തെ വരവിനും അവന്റെ രണ്ടാം വരവിന്റെ ഉറപ്പുള്ള പ്രത്യാശയ്ക്കുമായി ദൈവത്തിനു നന്ദി പറയുക. തുടർന്ന് അപ്പൊ. പ്രവൃത്തികൾ 1:1-11, ലൂക്കൊസ് 24:50-51, പാഠ പദ്ധതി എന്നിവ വായിച്ചു പഠിക്കുക.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അപ്പൊ. പ്രവൃത്തികൾ 1:11</w:t>
            </w:r>
          </w:p>
          <w:p>
            <w:pPr>
              <w:spacing w:after="40"/>
            </w:pPr>
            <w:r>
              <w:rPr>
                <w:rFonts w:ascii="Nirmala UI" w:hAnsi="Nirmala UI" w:cs="Nirmala UI"/>
                <w:b w:val="0"/>
                <w:i/>
                <w:sz w:val="22"/>
              </w:rPr>
              <w:t xml:space="preserve">നിങ്ങളുടെ അടുക്കൽനിന്ന് സ്വർഗ്ഗത്തിലേക്ക് എടുക്കപ്പെട്ട ഈ യേശു, സ്വർഗ്ഗത്തിലേക്കു പോകുന്നതായി നിങ്ങൾ കണ്ടതുപോലെതന്നെ മടങ്ങിവരും.</w:t>
            </w:r>
          </w:p>
        </w:tc>
      </w:tr>
    </w:tbl>
    <w:p>
      <w:pPr>
        <w:spacing w:after="0"/>
      </w:pPr>
    </w:p>
    <w:p>
      <w:pPr>
        <w:pStyle w:val="Heading1"/>
        <w:pBdr>
          <w:bottom w:val="single" w:sz="8" w:space="2" w:color="1F4E79"/>
        </w:pBdr>
      </w:pPr>
      <w:r>
        <w:rPr>
          <w:rFonts w:ascii="Nirmala UI" w:hAnsi="Nirmala UI" w:cs="Nirmala UI"/>
        </w:rPr>
        <w:t xml:space="preserve">പാഠ പദ്ധതി</w:t>
      </w:r>
    </w:p>
    <w:p>
      <w:pPr>
        <w:pStyle w:val="Heading2"/>
      </w:pPr>
      <w:r>
        <w:rPr>
          <w:rFonts w:ascii="Nirmala UI" w:hAnsi="Nirmala UI" w:cs="Nirmala UI"/>
        </w:rPr>
        <w:t xml:space="preserve">ആമുഖം</w:t>
      </w:r>
    </w:p>
    <w:p>
      <w:r>
        <w:rPr>
          <w:rFonts w:ascii="Nirmala UI" w:hAnsi="Nirmala UI" w:cs="Nirmala UI"/>
          <w:b w:val="0"/>
          <w:i w:val="0"/>
          <w:sz w:val="22"/>
        </w:rPr>
        <w:t xml:space="preserve">ഒരാളോടു യാത്ര പറയുന്നതിനെക്കുറിച്ചു സംസാരിക്കുക.</w:t>
      </w:r>
    </w:p>
    <w:p>
      <w:r>
        <w:rPr>
          <w:rFonts w:ascii="Nirmala UI" w:hAnsi="Nirmala UI" w:cs="Nirmala UI"/>
          <w:b w:val="0"/>
          <w:i w:val="0"/>
          <w:sz w:val="22"/>
        </w:rPr>
        <w:t xml:space="preserve">കുടുംബത്തിലെ ഒരാൾ കടയിൽ പോകുമ്പോൾ അവർ വേഗം മടങ്ങിവരുമെന്ന് നിങ്ങൾക്കറിയാം. നിങ്ങൾ പെട്ടെന്നു യാത്ര പറയുന്നു. കുടുംബത്തിലെ ഒരാൾ ഒരു നീണ്ട അവധിക്കു പോകുമ്പോഴോ വളരെ ദൂരെ എങ്ങോട്ടെങ്കിലും താമസം മാറുമ്പോഴോ യാത്ര പറയുക കൂടുതൽ ബുദ്ധിമുട്ടാണ്. ഇനി എപ്പോൾ കാണുമെന്ന് നിങ്ങൾക്കറിയില്ല.</w:t>
      </w:r>
    </w:p>
    <w:p>
      <w:r>
        <w:rPr>
          <w:rFonts w:ascii="Nirmala UI" w:hAnsi="Nirmala UI" w:cs="Nirmala UI"/>
          <w:b w:val="0"/>
          <w:i w:val="0"/>
          <w:sz w:val="22"/>
        </w:rPr>
        <w:t xml:space="preserve">ഈ വ്യത്യസ്ത യാത്രപറച്ചിലുകൾ കാണിക്കാൻ അധ്യാപകന് 2 ചെറിയ നാടകങ്ങളോടെ തുടങ്ങാം. ഇതിനായി സൺഡേ സ്കൂളിനു മുമ്പ് കുറച്ചു കുട്ടികളെ ഒരുക്കണം.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i w:val="0"/>
          <w:sz w:val="22"/>
        </w:rPr>
        <w:t xml:space="preserve">യേശുവിന് തന്റെ സ്നേഹിതരോടും ശിഷ്യന്മാരോടും യാത്ര പറയേണ്ടിവന്നു. ലൂക്കൊസ് 24:50 സ്വന്തം വാക്കുകളിൽ പറയുക.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i w:val="0"/>
          <w:sz w:val="22"/>
        </w:rPr>
        <w:t xml:space="preserve">യേശു സ്വർഗ്ഗത്തിൽ പിതാവായ ദൈവത്തിന്റെ അടുക്കലേക്കു മടങ്ങുകയായിരുന്നു. അവൻ ശിഷ്യന്മാരോട് രണ്ടു കാര്യങ്ങൾ പറഞ്ഞു. അവൻ മടങ്ങിവരും, പക്ഷേ തീയതി അറിയില്ല അപ്പൊ. 1:7. യേശുവിന്റെ വേല ഭൂമിയിൽ തുടരാൻ ശിഷ്യന്മാർക്കു കഴിയേണ്ടതിന് ദൈവം പരിശുദ്ധാത്മാവ് എന്ന ദാനം അയയ്ക്കും. അപ്പൊ. 1:8.</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i w:val="0"/>
          <w:sz w:val="22"/>
        </w:rPr>
        <w:t xml:space="preserve">യേശുവിനെ ഭൂമിയിൽനിന്ന് എടുത്തു വാ. 9. </w:t>
      </w:r>
      <w:r>
        <w:rPr>
          <w:rFonts w:ascii="Nirmala UI" w:hAnsi="Nirmala UI" w:cs="Nirmala UI"/>
          <w:b w:val="0"/>
          <w:i/>
          <w:sz w:val="22"/>
        </w:rPr>
        <w:t xml:space="preserve">ചിത്രം 20 കാണിക്കുക</w:t>
      </w:r>
      <w:r>
        <w:rPr>
          <w:rFonts w:ascii="Calibri" w:hAnsi="Calibri" w:cs="Calibri" w:eastAsia="Calibri"/>
          <w:b w:val="0"/>
          <w:i w:val="0"/>
          <w:sz w:val="22"/>
        </w:rPr>
        <w:t>.</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i w:val="0"/>
          <w:sz w:val="22"/>
        </w:rPr>
        <w:t xml:space="preserve">ദൈവത്തിന്റെ ദൂതന്മാർ ശിഷ്യന്മാരോടു സംസാരിച്ചു വാ. 10</w:t>
      </w:r>
    </w:p>
    <w:p>
      <w:pPr>
        <w:pStyle w:val="Heading2"/>
      </w:pPr>
      <w:r>
        <w:rPr>
          <w:rFonts w:ascii="Nirmala UI" w:hAnsi="Nirmala UI" w:cs="Nirmala UI"/>
        </w:rPr>
        <w:t xml:space="preserve">അവലോകനം</w:t>
      </w:r>
    </w:p>
    <w:p>
      <w:r>
        <w:rPr>
          <w:rFonts w:ascii="Nirmala UI" w:hAnsi="Nirmala UI" w:cs="Nirmala UI"/>
          <w:b w:val="0"/>
          <w:i w:val="0"/>
          <w:sz w:val="22"/>
        </w:rPr>
        <w:t xml:space="preserve">യേശു മടങ്ങിവരുമ്പോൾ രാജാധിരാജാവും കർത്താധികർത്താവുമായി മഹത്വത്തോടും ശക്തിയോടുംകൂടെ വരുമെന്ന് ഊന്നിക്കൊണ്ട് പാഠം ചുരുക്കമായി ആവർത്തിക്കുക.</w:t>
      </w:r>
    </w:p>
    <w:p>
      <w:pPr>
        <w:pStyle w:val="Heading2"/>
      </w:pPr>
      <w:r>
        <w:rPr>
          <w:rFonts w:ascii="Nirmala UI" w:hAnsi="Nirmala UI" w:cs="Nirmala UI"/>
        </w:rPr>
        <w:t xml:space="preserve">മനഃപാഠ വാക്യം പഠിപ്പിക്കുക</w:t>
      </w:r>
    </w:p>
    <w:p>
      <w:pPr>
        <w:pStyle w:val="Heading2"/>
      </w:pPr>
      <w:r>
        <w:rPr>
          <w:rFonts w:ascii="Nirmala UI" w:hAnsi="Nirmala UI" w:cs="Nirmala UI"/>
        </w:rPr>
        <w:t xml:space="preserve">പാഠത്തോടുള്ള നമ്മുടെ പ്രതികരണം</w:t>
      </w:r>
    </w:p>
    <w:p>
      <w:r>
        <w:rPr>
          <w:rFonts w:ascii="Nirmala UI" w:hAnsi="Nirmala UI" w:cs="Nirmala UI"/>
          <w:b w:val="0"/>
          <w:i w:val="0"/>
          <w:sz w:val="22"/>
        </w:rPr>
        <w:t xml:space="preserve">ഒരു നീണ്ട യാത്രയ്ക്കുശേഷമോ വളരെക്കാലം അകന്നിരുന്നശേഷമോ ഒരാൾ കുടുംബത്തിലേക്കു മടങ്ങുമ്പോൾ അവർ പലപ്പോഴും അപ്രതീക്ഷിതമായി വരുന്നു. യേശു മടങ്ങിവരാൻ പോകുന്നു. അവൻ തന്റെ വാഗ്ദാനങ്ങൾ എപ്പോഴും പാലിക്കുന്നു. അവന്റെ വരവ് നാം പ്രതീക്ഷിക്കുന്നുണ്ടോ? നാം അവനെ അനുഗമിക്കുകയും സ്നേഹിക്കുകയും അനുസരിക്കുകയും ചെയ്യുന്നുവെങ്കിൽ അവന്റെ വരവിനായി നാം ഒരുങ്ങിയിരിക്കുന്നു.</w:t>
      </w:r>
    </w:p>
    <w:p>
      <w:r>
        <w:rPr>
          <w:rFonts w:ascii="Nirmala UI" w:hAnsi="Nirmala UI" w:cs="Nirmala UI"/>
          <w:b w:val="0"/>
          <w:i w:val="0"/>
          <w:sz w:val="22"/>
        </w:rPr>
        <w:t xml:space="preserve">യേശുവിന്റെ വരവിനെക്കുറിച്ചുള്ള ഒരു ഗാനം പാടുക.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17 – Jesus Returns to Heaven</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17 – Jesus Returns to Heaven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