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16</w:t>
      </w:r>
    </w:p>
    <w:p>
      <w:pPr>
        <w:keepNext/>
        <w:spacing w:after="40"/>
      </w:pPr>
      <w:r>
        <w:rPr>
          <w:rFonts w:ascii="Nirmala UI" w:hAnsi="Nirmala UI" w:cs="Nirmala UI"/>
          <w:b/>
          <w:color w:val="1F4E79"/>
          <w:sz w:val="52"/>
        </w:rPr>
        <w:t xml:space="preserve">യേശു തന്റെ ശിഷ്യന്മാർക്കു പ്രത്യക്ഷനാകുന്നു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17, 19</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മരിച്ചവരിൽനിന്ന് ഉയിർത്തെഴുന്നേറ്റുവെന്ന് വിശ്വസിക്കുന്നത് സന്തോഷം കൊണ്ടുവരുന്നുവെന്നു പഠിപ്പിക്കുക. മരണത്തിന്മേലുള്ള തന്റെ ജയത്താൽ അവൻ നമ്മെ പാപത്തിൽനിന്നു രക്ഷിച്ചു.</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നിങ്ങളുടെ വിദ്യാർത്ഥികൾ സംശയിക്കുന്നവരല്ല, വിശ്വസിക്കുന്നവരാകേണ്ടതിന് അവർക്കുവേണ്ടി പ്രാർത്ഥിക്കുക. തുടർന്ന് യോഹന്നാൻ 20:19-29-ഉം പാഠ 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20:20</w:t>
            </w:r>
          </w:p>
          <w:p>
            <w:pPr>
              <w:spacing w:after="40"/>
            </w:pPr>
            <w:r>
              <w:rPr>
                <w:rFonts w:ascii="Nirmala UI" w:hAnsi="Nirmala UI" w:cs="Nirmala UI"/>
                <w:b w:val="0"/>
                <w:i/>
                <w:sz w:val="22"/>
              </w:rPr>
              <w:t xml:space="preserve">കർത്താവിനെ കണ്ടപ്പോൾ ശിഷ്യന്മാർ സന്തോഷം നിറഞ്ഞവരായി.</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നിങ്ങൾക്ക് ഒരിക്കൽ ലഭിച്ച ഒരു അത്ഭുതകരമായ വാർത്തയെക്കുറിച്ച് ക്ലാസ്സിനോടു പറയുക. അത് ആദ്യം വിശ്വസിക്കാൻ കഴിയാത്തത്ര ആശ്ചര്യകരമായിരുന്നു. ഒരു സുവാർത്തയുടെ ഉദാഹരണമാക്കാൻ ശ്രമിക്കുക. ഉദാഹരണത്തിന്, ജയിക്കുമെന്നു കരുതാത്ത ഒരു പരീക്ഷയിൽ നിങ്ങൾക്ക് ഉയർന്ന മാർക്ക് ലഭിച്ചത്.</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യേശുവിന്റെ സ്നേഹിതർ വളരെ ദുഃഖിതരോ ഭയപ്പെട്ടവരോ ആയിരുന്നു. എന്തുകൊണ്ട്? </w:t>
      </w:r>
      <w:r>
        <w:rPr>
          <w:rFonts w:ascii="Nirmala UI" w:hAnsi="Nirmala UI" w:cs="Nirmala UI"/>
          <w:b w:val="0"/>
          <w:i/>
          <w:sz w:val="22"/>
        </w:rPr>
        <w:t xml:space="preserve">ചിത്രം 17 കാണിക്കുക. </w:t>
      </w:r>
      <w:r>
        <w:rPr>
          <w:rFonts w:ascii="Nirmala UI" w:hAnsi="Nirmala UI" w:cs="Nirmala UI"/>
          <w:b w:val="0"/>
          <w:i w:val="0"/>
          <w:sz w:val="22"/>
        </w:rPr>
        <w:t xml:space="preserve">യേശുവിനെ ക്രൂശിച്ചിരുന്നു.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യോഹന്നാൻ 20:19-21. വെള്ളിയാഴ്ച യേശുവിനെ ക്രൂശിച്ചതിനുശേഷമുള്ള ഞായറാഴ്ച ശിഷ്യന്മാർ ഒരുമിച്ചിരുന്നത് വിവരിക്കുക. അവർ ഒളിച്ചിരിക്കുകയായിരുന്നു. പെട്ടെന്ന് യേശു അവരോടുകൂടെ ഉണ്ടായി. അവർക്കു വിശ്വസിക്കാൻ കഴിഞ്ഞില്ല. ഇത് ശരിക്കും അവനാണോ? യേശു തന്റെ കൈകളും കാലുകളും വിലാപ്പുറവും അവരെ കാണിച്ചു. അവനെ കണ്ടപ്പോൾ അവർ വളരെ സന്തോഷിച്ചു.</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വാ. 24-25 സ്വന്തം വാക്കുകളിൽ പറയുക. തോമസ് മറ്റു ശിഷ്യന്മാരോടുകൂടെ ഇല്ലായിരുന്നു, വാർത്ത വിശ്വസിച്ചില്ല.</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വാ. 26-27. ഒരാഴ്ച കഴിഞ്ഞ് യേശു വീണ്ടും വന്നു. തോമസ് ഉണ്ടായിരുന്നു. </w:t>
      </w:r>
      <w:r>
        <w:rPr>
          <w:rFonts w:ascii="Nirmala UI" w:hAnsi="Nirmala UI" w:cs="Nirmala UI"/>
          <w:b w:val="0"/>
          <w:i/>
          <w:sz w:val="22"/>
        </w:rPr>
        <w:t xml:space="preserve">ചിത്രം 19 കാണിക്കുക. </w:t>
      </w:r>
      <w:r>
        <w:rPr>
          <w:rFonts w:ascii="Nirmala UI" w:hAnsi="Nirmala UI" w:cs="Nirmala UI"/>
          <w:b w:val="0"/>
          <w:i w:val="0"/>
          <w:sz w:val="22"/>
        </w:rPr>
        <w:t xml:space="preserve">യേശുവിന്റെ വാക്കുകളും തോമസിന്റെ മറുപടിയും പറയുക. തോമസ് യേശുവിനെ കണ്ട് അവനിൽ വിശ്വസിച്ചു വാ. 28.</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യേശു തോമസിനോട് ഒരു ചോദ്യം ചോദിച്ചു വാ. 29. അവൻ ഇതും പറഞ്ഞു: “എന്നെ കാണാതെ വിശ്വസിക്കുന്നവർ എത്ര ഭാഗ്യവാന്മാർ.”</w:t>
      </w:r>
    </w:p>
    <w:p>
      <w:pPr>
        <w:pStyle w:val="Heading2"/>
      </w:pPr>
      <w:r>
        <w:rPr>
          <w:rFonts w:ascii="Nirmala UI" w:hAnsi="Nirmala UI" w:cs="Nirmala UI"/>
        </w:rPr>
        <w:t xml:space="preserve">അവലോകനം</w:t>
      </w:r>
    </w:p>
    <w:p>
      <w:r>
        <w:rPr>
          <w:rFonts w:ascii="Nirmala UI" w:hAnsi="Nirmala UI" w:cs="Nirmala UI"/>
          <w:b w:val="0"/>
          <w:i w:val="0"/>
          <w:sz w:val="22"/>
        </w:rPr>
        <w:t xml:space="preserve">യേശു അന്ന് ശിഷ്യന്മാരോടു സംസാരിച്ചതുപോലെ ഇപ്പോൾ നമ്മോടു സംസാരിക്കുന്നുവെന്നു വിശദീകരിച്ചുകൊണ്ട് പാഠം ചുരുക്കമായി ആവർത്തിക്കുക. നമുക്ക് ഇതുവരെ അവനെ കണ്ണുകൊണ്ടു കാണാൻ കഴിയില്ല. അവൻ മരിച്ചുവെന്നും എന്നാൽ ഇപ്പോൾ ജീവിക്കുന്നുവെന്നും നാം അറിയുന്നു. യേശുവിൽ വിശ്വസിക്കുന്നതിലൂടെയാണ് നാം ദൈവത്തോടുകൂടെ നിത്യജീവനായി രക്ഷിക്കപ്പെടുന്നത്.</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തോമസിന്റെ കഥ അഭിനയിക്കാൻ കുട്ടികളെ പ്രോത്സാഹിപ്പിക്കുക. തോമസ് ആദ്യം ചെയ്തതുപോലെ യേശു ജീവിക്കുന്നുവെന്ന് സംശയിക്കരുത്. അവൻ പറഞ്ഞതുപോലെ യേശു ജീവിക്കുന്നുവെന്ന് വിശ്വസിക്കുക. ക്രൂശിൽ നിങ്ങളുടെ പാപത്തിനായി മരിച്ചതിന് അവനു നന്ദി പറയുക. തോമസ് ചെയ്തതുപോലെ അവനോട് നിങ്ങളുടെ കർത്താവാകാൻ അപേക്ഷിക്കുക.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16 – Jesus Appears to His Disciples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16 – Jesus Appears to His Disciples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