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14</w:t>
      </w:r>
    </w:p>
    <w:p>
      <w:pPr>
        <w:keepNext/>
        <w:spacing w:after="40"/>
      </w:pPr>
      <w:r>
        <w:rPr>
          <w:rFonts w:ascii="Nirmala UI" w:hAnsi="Nirmala UI" w:cs="Nirmala UI"/>
          <w:b/>
          <w:color w:val="1F4E79"/>
          <w:sz w:val="52"/>
        </w:rPr>
        <w:t xml:space="preserve">യേശുവിനെ ക്രൂശിക്കുന്നു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15, 16, 17, 21</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ദൈവപുത്രനായ യേശുക്രിസ്തു മനുഷ്യന്റെ പാപത്തിനുള്ള യാഗമായി മരിച്ചുവെന്നു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യേശുവിന്റെ ക്രൂശിലെ മരണത്തിന്റെ പ്രാധാന്യം നിങ്ങളുടെ വിദ്യാർത്ഥികൾക്കു വ്യക്തമായി വിശദീകരിക്കാൻ ദൈവത്തോടു സഹായം ചോദിക്കുക. തുടർന്ന് മർക്കൊസ് 15:15-20; ലൂക്കൊസ് 23:26-49-ഉം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പത്രൊസ് 2:24</w:t>
            </w:r>
          </w:p>
          <w:p>
            <w:pPr>
              <w:spacing w:after="40"/>
            </w:pPr>
            <w:r>
              <w:rPr>
                <w:rFonts w:ascii="Nirmala UI" w:hAnsi="Nirmala UI" w:cs="Nirmala UI"/>
                <w:b w:val="0"/>
                <w:i/>
                <w:sz w:val="22"/>
              </w:rPr>
              <w:t xml:space="preserve">ക്രിസ്തു തന്നെ നമ്മുടെ പാപങ്ങളെ തന്റെ ശരീരത്തിൽ ക്രൂശിൽ വഹിച്ചു.</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പാഠത്തിന് ഒരു കണ്ണാടി കൊണ്ടുവരിക. അത് ഒരു കുട്ടിയുടെ മുഖത്തിനു മുന്നിൽ പിടിക്കുക. ചോദിക്കുക, “നീ എന്തു കാണുന്നു?” ഉത്തരം, “എന്റെ മുഖം” അല്ലെങ്കിൽ “ഞാൻ.” അധ്യാപകൻ വീണ്ടും ചോദിക്കുന്നു, “നിനക്ക് നിന്നെ വ്യക്തമായി കാണാമോ?”</w:t>
      </w:r>
    </w:p>
    <w:p>
      <w:r>
        <w:rPr>
          <w:rFonts w:ascii="Nirmala UI" w:hAnsi="Nirmala UI" w:cs="Nirmala UI"/>
          <w:b w:val="0"/>
          <w:i w:val="0"/>
          <w:sz w:val="22"/>
        </w:rPr>
        <w:t xml:space="preserve">കുട്ടി ഉത്തരം പറയും, “അതെ.”</w:t>
      </w:r>
    </w:p>
    <w:p>
      <w:r>
        <w:rPr>
          <w:rFonts w:ascii="Nirmala UI" w:hAnsi="Nirmala UI" w:cs="Nirmala UI"/>
          <w:b w:val="0"/>
          <w:i w:val="0"/>
          <w:sz w:val="22"/>
        </w:rPr>
        <w:t xml:space="preserve">അധ്യാപകൻ കണ്ണാടിയിൽ കുറച്ച് അഴുക്കു പുരട്ടിയിട്ട് അതേ ചോദ്യം ചോദിക്കണം. “ഇപ്പോൾ നിനക്ക് നിന്നെ വ്യക്തമായി കാണാമോ?” ഇത്തവണ അവനു വ്യക്തമായി കാണാൻ കഴിയില്ല.</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നമ്മുടെ പാപം നമ്മുടെ ജീവിതത്തെ ഈ മലിനമായ കണ്ണാടിപോലെ ആക്കിയിരിക്കുന്നു. ദൈവം നമ്മെ തന്നെപ്പോലെ ഉണ്ടാക്കി, എന്നാൽ ഇപ്പോൾ നമുക്ക് അവനെ കാണാൻ കഴിയുന്നില്ല. ദൈവം എങ്ങനെയുള്ളവനെന്നു കാണിക്കാൻ യേശു വന്നു. യേശു ഭൂമിയിൽ ജീവിച്ചപ്പോൾ ചെയ്ത കാര്യങ്ങളിൽ ചിലത് പറയാൻ കുട്ടികളോടു ആവശ്യപ്പെടുക. ചില ഉത്തരങ്ങൾക്കുശേഷം, </w:t>
      </w:r>
      <w:r>
        <w:rPr>
          <w:rFonts w:ascii="Nirmala UI" w:hAnsi="Nirmala UI" w:cs="Nirmala UI"/>
          <w:b w:val="0"/>
          <w:i/>
          <w:sz w:val="22"/>
        </w:rPr>
        <w:t xml:space="preserve">ചിത്രം 15 കാണിക്കുക</w:t>
      </w:r>
      <w:r>
        <w:rPr>
          <w:rFonts w:ascii="Nirmala UI" w:hAnsi="Nirmala UI" w:cs="Nirmala UI"/>
          <w:b w:val="0"/>
          <w:i w:val="0"/>
          <w:sz w:val="22"/>
        </w:rPr>
        <w:t xml:space="preserve">. കഥകൾ ചുരുക്കമായി അവലോകനം ചെയ്യുക. ഇവ നല്ല കാര്യങ്ങളായിരുന്നു. ചോദിക്കുക, “യേശു എപ്പോഴെങ്കിലും എന്തെങ്കിലും തെറ്റു ചെയ്തിട്ടുണ്ടോ?” “ഇല്ല. അവൻ ദൈവപുത്രനാണ്.”</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ആളുകൾക്ക് തങ്ങളുടെ ജീവിതത്തിൽ ദൈവത്തെ ഏറ്റവും നന്നായി എങ്ങനെ ആരാധിക്കാമെന്നും അനുസരിക്കാമെന്നും യേശു തന്റെ പ്രവൃത്തിയിലൂടെയും കഥകളിലൂടെയും പഠിപ്പിച്ചുവെന്നു വിശദീകരിക്കുക. ആളുകൾ തെറ്റും സ്വാർത്ഥതയുമുള്ളവരായിരിക്കുമ്പോൾ അവന്റെ പ്രവൃത്തിയും കഥകളും അത് അവർക്കു കാണിച്ചുകൊടുത്തു. അവർ പാപികളാണെന്ന് അവൻ അവരെ കാണിച്ചു. പലർക്കും ഇത് ഇഷ്ടപ്പെട്ടില്ല, വിശേഷിച്ചും ദൈവത്തെ എങ്ങനെ ആരാധിക്കണമെന്ന് ജനത്തെ പഠിപ്പിക്കേണ്ടിയിരുന്ന നേതാക്കൾക്ക്. അവർ കോപിച്ച് ഭരണാധികാരികളെക്കൊണ്ട് യേശുവിനെ അറസ്റ്റ് ചെയ്യിച്ചു.</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യേശുവിനെ പടയാളികളെ ഏല്പിച്ചു. മർക്കൊസ് 15:15-20-ൽ സംഭവിച്ചത് പറയുക. </w:t>
      </w:r>
      <w:r>
        <w:rPr>
          <w:rFonts w:ascii="Nirmala UI" w:hAnsi="Nirmala UI" w:cs="Nirmala UI"/>
          <w:b w:val="0"/>
          <w:i/>
          <w:sz w:val="22"/>
        </w:rPr>
        <w:t xml:space="preserve">ചിത്രം 16 കാണിക്കുക. </w:t>
      </w:r>
      <w:r>
        <w:rPr>
          <w:rFonts w:ascii="Nirmala UI" w:hAnsi="Nirmala UI" w:cs="Nirmala UI"/>
          <w:b w:val="0"/>
          <w:i w:val="0"/>
          <w:sz w:val="22"/>
        </w:rPr>
        <w:t xml:space="preserve">യേശു ഒരിക്കലും പാപം ചെയ്തിട്ടില്ല, എങ്കിലും അവനെ അടിച്ചു. അവൻ തിരിച്ചടിച്ചില്ല. അവൻ കോപിച്ചില്ല.</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യേശുവിനെ ക്രൂശിക്കാൻ കൊണ്ടുപോയി. </w:t>
      </w:r>
      <w:r>
        <w:rPr>
          <w:rFonts w:ascii="Nirmala UI" w:hAnsi="Nirmala UI" w:cs="Nirmala UI"/>
          <w:b w:val="0"/>
          <w:i/>
          <w:sz w:val="22"/>
        </w:rPr>
        <w:t xml:space="preserve">ചിത്രം 17 കാണിക്കുക. </w:t>
      </w:r>
      <w:r>
        <w:rPr>
          <w:rFonts w:ascii="Nirmala UI" w:hAnsi="Nirmala UI" w:cs="Nirmala UI"/>
          <w:b w:val="0"/>
          <w:i w:val="0"/>
          <w:sz w:val="22"/>
        </w:rPr>
        <w:t xml:space="preserve">ലൂക്കൊസ് 23:26-27.</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കഥയുടെ ബാക്കി പറയാൻ ചിത്രം മാറ്റിവയ്ക്കുക, ലൂക്കൊസ് 23:32-48. രണ്ടു കള്ളന്മാരെയും ക്രൂശിച്ചു. തന്നെ ക്രൂശിച്ചവരോട് ക്ഷമിക്കണമെന്ന് യേശു ദൈവത്തോട് അപേക്ഷിച്ചു. പടയാളികൾ അവന്റെ വസ്ത്രങ്ങൾ പങ്കിട്ടെടുത്തു. യേശു മരിച്ചപ്പോൾ സൂര്യൻ പ്രകാശിക്കാതായി. പാപം ക്ഷമിക്കപ്പെടാൻ രക്തം ചൊരിയണമെന്ന് ദൈവം പറഞ്ഞു. യേശു നമുക്കുവേണ്ടി തന്റെ രക്തം ചൊരിഞ്ഞു. ഒരിക്കലും പാപം ചെയ്തിട്ടില്ലാത്ത അവൻ നമ്മുടെ പാപങ്ങൾ തന്റെമേൽ എടുത്ത് നമുക്കു പകരം മരിച്ചു (</w:t>
      </w:r>
      <w:r>
        <w:rPr>
          <w:rFonts w:ascii="Nirmala UI" w:hAnsi="Nirmala UI" w:cs="Nirmala UI"/>
          <w:b w:val="0"/>
          <w:i/>
          <w:sz w:val="22"/>
        </w:rPr>
        <w:t xml:space="preserve">ചിത്രം 21 കാണിക്കുക)</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അവലോകനം</w:t>
      </w:r>
    </w:p>
    <w:p>
      <w:r>
        <w:rPr>
          <w:rFonts w:ascii="Nirmala UI" w:hAnsi="Nirmala UI" w:cs="Nirmala UI"/>
          <w:b w:val="0"/>
          <w:i w:val="0"/>
          <w:sz w:val="22"/>
        </w:rPr>
        <w:t xml:space="preserve">പാപമില്ലാത്ത യേശു തന്റെ ശരീരവും രക്തവും യാഗമായി നല്കി നമ്മുടെ പാപങ്ങൾക്കായി മരിച്ചുവെന്ന് ഊന്നിക്കൊണ്ട് പാഠം ചുരുക്കമായി ആവർത്തിക്കുക. ക്രൂശിലെ യേശുവിന്റെ പൂർത്തിയായ പ്രവൃത്തിയിലുള്ള വിശ്വാസത്താൽ നാം എന്നേക്കും ദൈവത്തിന്റെ സ്നേഹിതരാകേണ്ടതിന് യേശു നമുക്കു പകരം ശിക്ഷ ഏറ്റെടുത്തു.</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ആമുഖത്തിൽ ഉപയോഗിച്ച കണ്ണാടി കാണിക്കുക. അത് ഇപ്പോഴും മലിനമാണ്. കണ്ണാടി കുറച്ചു വെള്ളത്തിൽ മുക്കുകയോ വളരെ വൃത്തിയായി തുടയ്ക്കുകയോ ചെയ്യുക. ഈ കണ്ണാടി വൃത്തിയാക്കപ്പെട്ടതുപോലെ, യേശു ക്രൂശിൽ മരിച്ചപ്പോൾ നമ്മുടെ പാപം കഴുകി തുടച്ചുകളഞ്ഞു.</w:t>
      </w:r>
    </w:p>
    <w:p>
      <w:r>
        <w:rPr>
          <w:rFonts w:ascii="Nirmala UI" w:hAnsi="Nirmala UI" w:cs="Nirmala UI"/>
          <w:b w:val="0"/>
          <w:i w:val="0"/>
          <w:sz w:val="22"/>
        </w:rPr>
        <w:t xml:space="preserve">നിങ്ങൾ അവനു നന്ദി പറഞ്ഞിട്ടുണ്ടോ?</w:t>
      </w:r>
    </w:p>
    <w:p>
      <w:r>
        <w:rPr>
          <w:rFonts w:ascii="Nirmala UI" w:hAnsi="Nirmala UI" w:cs="Nirmala UI"/>
          <w:b w:val="0"/>
          <w:i w:val="0"/>
          <w:sz w:val="22"/>
        </w:rPr>
        <w:t xml:space="preserve">യേശുവിനെ ക്രൂശിച്ച വെള്ളിയാഴ്ചയെ നാം “ദുഃഖവെള്ളി” എന്നു വിളിക്കുന്നത് എന്തുകൊണ്ടെന്ന് കുട്ടികളോടു ചോദിക്കുക.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14 – Jesus is Crucified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14 – Jesus is Crucified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