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13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അത്ഭുതങ്ങൾ പ്രവർത്തിക്കുന്ന യേശു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15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 ദൈവപുത്രനാണെന്നും എല്ലാറ്റിന്മേലും അധികാരമുള്ളവനാണെന്നും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എല്ലാം അറിയുന്നവനും സർവ്വശക്തനുമായ ദൈവത്തോട് ഈ പാഠം ഒരുക്കാൻ സഹായം ചോദിക്കുക. തുടർന്ന് മർക്കൊസ് 5:22-23, 35-43; 6:45-51-ഉം പാഠ 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28:18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യേശു അടുത്തുവന്ന് അവരോടു പറഞ്ഞു: “സ്വർഗ്ഗത്തിലും ഭൂമിയിലും സകല അധികാരവും എനിക്കു ലഭിച്ചിരിക്കുന്നു.”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നിങ്ങളുടെ പട്ടണത്തിലോ നഗരത്തിലോ നമ്മുടെമേൽ ശക്തിയോ അധികാരമോ ഉള്ള ആളുകൾ ആരൊക്കെയെന്ന് കുട്ടികളോടു ചോദിക്കുക.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ഗവർണർ, പോലീസ്, നഗരസഭ, അധ്യാപകർ, മാതാപിതാക്കൾ തുടങ്ങിയ ഉത്തരങ്ങൾ ലഭിച്ചേക്കാം.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യേശു ആരാണ്? നിങ്ങളുടെ ആമുഖത്തിൽനിന്ന് ഈ ചോദ്യത്തിലേക്കു നേരിട്ടു വരാൻ ശ്രമിക്കുക. ഒരു വലിയ മനുഷ്യൻ, ഒരു പ്രവാചകൻ, ഒരു ഗുരു, മശീഹ, ദൈവപുത്രൻ എന്നിങ്ങനെ വ്യത്യസ്ത ഉത്തരങ്ങൾ ലഭിച്ചേക്കാം. ഈ ആഴ്ച ദൈവമായ യേശുവിനെക്കുറിച്ചുള്ള 3 കഥകൾ നമുക്കുണ്ട്; ദൈവം എങ്ങനെയുള്ളവനെന്നു കാണിക്കാനാണ് അവൻ ലോകത്തിൽ വന്നത്. ഭൂമിയിൽ അവന്റെ പേരുകളിൽ ഒന്ന് ദൈവപുത്രൻ എന്നാണ്. യേശുവിനു ദൈവത്തിന്റെ ശക്തിയുണ്ട്. അവനു ഏറ്റവും അത്ഭുതകരമായ കാര്യങ്ങൾ ചെയ്യാൻ കഴിയും. യേശു ദൈവമായതിനാൽ അവന്റെ ശക്തി മറ്റാരുടേതിനെക്കാളും വലുതാണ്.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അന്ധനായ ബർത്തിമായിയുടെ കഥ മർക്കൊസ് എഴുതിയതുപോലെ പറയുക. കഥ അറിയാൻ പല തവണ വായിക്കുക. അന്ധനു കാഴ്ച നല്കാൻ യേശുവിനു ശക്തിയുണ്ട്.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ഒരു ദിവസം യായീറൊസ് എന്ന ഒരു പ്രമുഖൻ തന്റെ വീട്ടിലേക്കു വരാൻ യേശുവിനോട് അപേക്ഷിച്ചു. അവന്റെ മകൾ രോഗിയായിരുന്നു. പലരും ആദ്യം യേശുവിനെ കാണാൻ ആഗ്രഹിച്ചു. യേശുവിനു താമസമുണ്ടായി. പെൺകുട്ടി മരിച്ചുപോയി എന്ന് ദൂതന്മാർ വന്നു പറഞ്ഞു. മർക്കൊസ് 5:36-42-ലെ കഥ പറയുക. യേശുവിനു മരണത്തിന്മേൽ ശക്തിയുണ്ട്. </w:t>
      </w:r>
      <w:r>
        <w:rPr>
          <w:rFonts w:ascii="Nirmala UI" w:hAnsi="Nirmala UI" w:cs="Nirmala UI"/>
          <w:b w:val="0"/>
          <w:i/>
          <w:sz w:val="22"/>
        </w:rPr>
        <w:t xml:space="preserve">ചിത്രം 15 കാണിക്കുക</w:t>
      </w:r>
      <w:r>
        <w:rPr>
          <w:rFonts w:ascii="Calibri" w:hAnsi="Calibri" w:cs="Calibri" w:eastAsia="Calibri"/>
          <w:b w:val="0"/>
          <w:i w:val="0"/>
          <w:sz w:val="22"/>
        </w:rPr>
        <w:t>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മീൻപിടുത്തക്കാരായ യേശുവിന്റെ സുഹൃത്തുക്കൾ ഒരു വള്ളത്തിൽ കടലിലായിരുന്നു. മർക്കൊസ് 6:45-51-ലെ കഥ പറയുക. യേശു വെള്ളത്തിനു മീതെ നടന്നു, കൊടുങ്കാറ്റിനെ ശമിപ്പിച്ചു. യേശുവിനു ഭൂമിയുടെമേലും ജീവന്റെയും മരണത്തിന്റെയുംമേലും ശക്തിയുണ്ട്. അവൻ ദൈവമാണ്.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യേശുവിന്റെ അത്ഭുതങ്ങൾ അവൻ ദൈവപുത്രനാണെന്നും രോഗം, മരണം, പ്രകൃതി എന്നിങ്ങനെ എല്ലാറ്റിന്മേലും അധികാരമുള്ളവനാണെന്നും തെളിയിക്കുന്നുവെന്ന് ഊന്നിക്കൊണ്ട് പാഠം ചുരുക്കമായി ആവർത്തിക്കുക.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തങ്ങൾക്കു ഭയമുള്ള എന്തെങ്കിലും കാര്യത്തെക്കുറിച്ചു ചിന്തിക്കാൻ കുട്ടികളോടു പറയുക. ആരോഗ്യകേന്ദ്രത്തിൽ പോകുന്നത്, ഇരുട്ടുള്ള വീട്ടിലേക്ക് ഒറ്റയ്ക്കു നടക്കുന്നത് തുടങ്ങിയ ചില നിർദ്ദേശങ്ങൾ അധ്യാപകനു നല്കാം.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ദൈവത്തിന്റെ രക്ഷിക്കുന്ന, കാക്കുന്ന ശക്തിയിൽ ആശ്രയിക്കാൻ കുട്ടികളെ വെല്ലുവിളിക്കുക. സർവ്വശക്തനായ ദൈവം അവർ ഭയപ്പെടുമ്പോൾ അവരോടുകൂടെയുണ്ട്, അവനു അവരുടെ ഭയം നീക്കാൻ കഴിയും.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13 – Jesus the Worker of Miracles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13 – Jesus the Worker of Miracles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