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10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യേശുവിന്റെ ജനനം അറിയിക്കുന്നു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12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ദൈവം ഒരു ദൂതനെ മറിയയുടെ അടുക്കൽ ഒരു സന്ദേശവുമായി അയച്ചുവെന്നു പഠിപ്പിക്കുക. അവൾ ദൈവത്തിന്റെ സ്വന്തം പുത്രനെ പ്രസവിക്കും.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നിങ്ങളുടെ ക്ലാസ്സിലെ ഓരോരുത്തർക്കും വേണ്ടി, നിങ്ങളെ ഏല്പിച്ചിരിക്കുന്ന ഓരോ യുവജീവിതത്തിനുംവേണ്ടി, പ്രാർത്ഥിക്കുക. തുടർന്ന് ലൂക്കൊസ് 1:26-33, മത്തായി 1:18-25, പാഠ പദ്ധതി എന്നിവ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മത്തായി 1:21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മറിയ ഒരു മകനെ പ്രസവിക്കും; നീ അവന് യേശു എന്നു പേരിടണം.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സമൂഹത്തിൽ പ്രധാന സന്ദേശങ്ങൾ എങ്ങനെ അയയ്ക്കുന്നുവെന്നു ചോദിക്കുക. മൂപ്പന്മാർ കൊണ്ടുപോകുമോ? കത്തിലൂടെ അയയ്ക്കുമോ? പ്രത്യേക വിധത്തിൽ അയയ്ക്കുമോ?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മറിയ തന്റെ വീട്ടിലായിരുന്നു. അവൾ ഒരു ചെറുപ്പക്കാരിയായിരുന്നു. യോസേഫുമായി അവളുടെ വിവാഹം നിശ്ചയിച്ചിരുന്നു. ദൈവത്തിന് അവൾക്ക് ഒരു പ്രത്യേക സന്ദേശമുണ്ടായിരുന്നു. ഒരു പ്രത്യേക ദൂതൻ വഴി അവൻ അത് അയച്ചു.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മറിയയെ ദൂതൻ സന്ദർശിച്ച കഥ പറയുക, ലൂക്കൊസ് 1:28-33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a) ദൂതന്റെ അഭിവാദനം ഇതായിരുന്നു: “നിനക്കു സമാധാനം. കർത്താവ് നിന്നോടുകൂടെ. ദൈവം നിന്നെ അനുഗ്രഹിച്ചിരിക്കുന്നു.”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b) മറിയ ഭയപ്പെട്ടു. ദൂതന്റെ വാക്കുകളുടെ അർത്ഥം എന്തായിരുന്നു?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c) മറിയയ്ക്ക് ഒരു മകൻ ഉണ്ടാകും. അവനെ യേശു എന്നു വിളിക്കണം. മനഃപാഠ വാക്യം പറയുക. യേശു എന്ന പേരിന്റെ അർത്ഥം രക്ഷകൻ എന്നാണ്.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d) ഇത് എങ്ങനെ സംഭവിക്കുമെന്ന് മറിയ ചോദിച്ചു. ദൈവപുത്രനെ പ്രസവിക്കാൻ ദൈവത്തിന്റെ പരിശുദ്ധാത്മാവ് അവൾക്കു ലഭിക്കുമെന്നു ദൂതൻ പറഞ്ഞു. ചിത്രം 12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തന്റേതല്ലാത്ത ഒരു കുഞ്ഞ് മറിയയ്ക്ക് ഉണ്ടാകാൻ പോകുന്നുവെന്നു കേട്ടപ്പോൾ യോസേഫ് അസ്വസ്ഥനായി.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യോസേഫിന് ഒരു സ്വപ്നമുണ്ടായി; വരാനിരിക്കുന്ന കുഞ്ഞ് ദൈവപുത്രനാണെന്ന് അവനെ അറിയിച്ചു, മത്താ. 1:20-21</w:t>
      </w:r>
    </w:p>
    <w:p>
      <w:pPr>
        <w:keepNext/>
        <w:ind w:left="567"/>
      </w:pPr>
      <w:r>
        <w:rPr>
          <w:rFonts w:ascii="Nirmala UI" w:hAnsi="Nirmala UI" w:cs="Nirmala UI"/>
          <w:b/>
          <w:i/>
          <w:color w:val="1F4E79"/>
          <w:sz w:val="22"/>
        </w:rPr>
        <w:t xml:space="preserve">മനഃപാഠ വാക്യം പഠിപ്പിക്കുക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യോസേഫ് മറിയയെ വിവാഹം കഴിച്ചു; ദൈവപുത്രന്റെ ജനനത്തിനായി അവർ ഒരുമിച്ചു കാത്തിരുന്നു.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ഒരു ഗ്രാമത്തിലെ വിശ്വസ്തയായ പെൺകുട്ടിയെ ദൈവം തന്റെ പുത്രന്റെ അമ്മയാകാൻ തിരഞ്ഞെടുത്തുവെന്ന് ഊന്നിക്കൊണ്ട് പാഠം ചുരുക്കമായി ആവർത്തിക്കുക. ഭൂമിയിൽ തനിക്കായി ജീവിക്കാൻ തന്നെ സ്നേഹിക്കുന്നവരെ ദൈവം ഇന്നും തിരഞ്ഞെടുക്കുന്നു.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കുട്ടികളെക്കൊണ്ട് കഥ അഭിനയിപ്പിക്കുക. ഇതിനകം പഠിച്ചതിന്റെ വെളിച്ചത്തിൽ ദൂതന്റെ സന്ദേശം ഇത്ര പ്രധാനമായത് എന്തുകൊണ്ട്? ഈ നാടകത്തിലെ കേന്ദ്രകഥാപാത്രം ആരാണ്?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10 – Jesus' Birth is Announced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10 – Jesus' Birth is Announced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