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പാപത്തിനായുള്ള ഒരു യാഗം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10, 11, 17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യാഗം പാപം നീക്കുന്നുവെന്നു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 തന്റെ പാപത്തിനായി ക്രൂശിൽ മരിച്ചുവെന്ന് ഓരോ വിദ്യാർത്ഥിയും മനസ്സിലാക്കാൻ ദൈവത്തോടു സഹായം ചോദിക്കുക. തുടർന്ന് ലേവ്യപുസ്തകം 6:1-7, പുറപ്പാട് 12:1-14, പാഠ പദ്ധതി എന്നിവ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1:29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ഇതാ, ലോകത്തിന്റെ പാപം നീക്കിക്കളയുന്ന ദൈവത്തിന്റെ കുഞ്ഞാട്.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ഒരു ആൺകുട്ടിയോ പെൺകുട്ടിയോ വീട്ടിൽ എന്തെങ്കിലും തെറ്റു ചെയ്യുന്നതും അതിനു കിട്ടിയ ശിക്ഷയും ഉൾപ്പെടുത്തി ഒരു കഥ ഉണ്ടാക്കുക. നാം തെറ്റു ചെയ്യുമ്പോൾ അതിന്റെ ഫലം അനുഭവിക്കുന്നു. നാം ശിക്ഷിക്കപ്പെടുന്നു.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കഴിഞ്ഞ ആഴ്ച ദൈവം തന്റെ ജനത്തിനു നല്കിയ കല്പനകളെക്കുറിച്ചു നാം കേട്ടു. അവയിൽ ചിലത് ഏതൊക്കെയായിരുന്നു? </w:t>
      </w:r>
      <w:r>
        <w:rPr>
          <w:rFonts w:ascii="Nirmala UI" w:hAnsi="Nirmala UI" w:cs="Nirmala UI"/>
          <w:b w:val="0"/>
          <w:i/>
          <w:sz w:val="22"/>
        </w:rPr>
        <w:t xml:space="preserve">ചിത്രം 10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നാം പലപ്പോഴും ദൈവത്തിന്റെ കല്പനകൾ അനുസരിക്കാതിരിക്കുന്നു. ദൈവം ആദ്യം അവ നല്കിയ കാലത്ത്, അവ അനുസരിക്കാതിരുന്നപ്പോൾ ഒരാൾ തന്റെ ദുഃഖം കാണിക്കാൻ ഒരു മൃഗത്തെ യാഗം കഴിക്കണമായിരുന്നു. </w:t>
      </w:r>
      <w:r>
        <w:rPr>
          <w:rFonts w:ascii="Nirmala UI" w:hAnsi="Nirmala UI" w:cs="Nirmala UI"/>
          <w:b w:val="0"/>
          <w:i/>
          <w:sz w:val="22"/>
        </w:rPr>
        <w:t xml:space="preserve">ചിത്രം 11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ആ മൃഗം പൂർണ്ണമായിരുന്നു. മനുഷ്യൻ അതിനെ പുരോഹിതന്റെ അടുക്കൽ കൊണ്ടുപോയി. അവൻ അതിനെ കൊന്നു. നാം ദൈവത്തെ അനുസരിക്കാത്തതിനാൽ പാപം ചെയ്യുമ്പോൾ നാം മരിക്കേണ്ടതാണ്. പാപം ചെയ്ത മനുഷ്യനു പകരം മൃഗത്തെ കൊന്നു.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മോശെ ദൈവത്തിന്റെ എല്ലാ ജനത്തെയും അവർ അടിമകളായിരുന്ന ഈജിപ്തിൽനിന്നു പുറത്തു കൊണ്ടുവന്നു. ഒരു പ്രത്യേക ഭക്ഷണം ഒരുക്കാൻ മോശെ ജനത്തോട് എങ്ങനെ പറഞ്ഞുവെന്നു പറയുക. ആടിന്റെ രക്തം വാതിൽപ്പടികളിൽ പുരട്ടണമായിരുന്നു, പുറപ്പാട് 12:2-11.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ദൈവം ഈജിപ്തുകാരെ അവരുടെ പാപത്തിനായി ശിക്ഷിച്ചു. അവസാനത്തേത് ആദ്യജാതനായ പുത്രന്റെ മരണമായിരുന്ന പത്തു നാശകരമായ ബാധകളാൽ അവൻ അവരെ ശിക്ഷിച്ചു. എന്നാൽ വാതിൽപ്പടിയിൽ രക്തം കണ്ടാൽ ദൈവം ആ വീടു കടന്നുപോകുമായിരുന്നു, പുറ. 12:12-13.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നാം ഇപ്പോൾ ആടിനെ യാഗം കഴിക്കുന്നില്ല (ചിത്രം 11 ചൂണ്ടിക്കാണിക്കുക), കാരണം നമ്മുടെ പാപത്തിനായി യാഗമാകുന്ന കുഞ്ഞാടായിരിക്കാൻ ദൈവം തന്റെ പുത്രനായ യേശുവിനെ അയച്ചു. </w:t>
      </w:r>
      <w:r>
        <w:rPr>
          <w:rFonts w:ascii="Nirmala UI" w:hAnsi="Nirmala UI" w:cs="Nirmala UI"/>
          <w:b w:val="0"/>
          <w:i/>
          <w:sz w:val="22"/>
        </w:rPr>
        <w:t xml:space="preserve">ചിത്രം 17 കാണിക്കുക.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യേശുവിന്റെ പൂർണ്ണമായ ക്രൂശിലെ യാഗം കൊണ്ട് നമുക്കു ദൈവത്തിന്റെ മക്കളും അവന്റെ കുടുംബത്തിന്റെ ഭാഗവുമാകാൻ കഴിയുമെന്നു കുട്ടികൾക്കു മനസ്സിലായെന്ന് ഉറപ്പാക്കാൻ പാഠം ചുരുക്കമായി ആവർത്തിക്കുക. യേശു തന്റെ വിലയേറിയ രക്തത്താൽ നമ്മെ രക്ഷിച്ചിരിക്കുന്നു.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എന്റെ പാപത്തിനായി മരിക്കാൻ ദൈവം യേശുവിനെ അയച്ചു. മനഃപാഠ വാക്യം പതുക്കെ ആവർത്തിപ്പിക്കുക; “ലോകം” എന്നതിനു പകരം അവരവരുടെ സ്വന്തം പേര് ചേർക്കാൻ പറയുക.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9 – A Sacrifice for Sin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9 – A Sacrifice for Sin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