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പത്തു കല്പനകൾ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9, 10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ദൈവത്തിന്റെ കല്പനകൾ പഠിപ്പിക്കുകയും ഇന്ന് അവ എങ്ങനെ അനുസരിക്കാമെന്നു കാണിക്കുകയും ചെയ്യുക.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പാഠം ഒരുക്കാൻ ദൈവത്തോടു സഹായം ചോദിക്കുക. തുടർന്ന് ആവർത്തനം 5:1-22-ഉം പാഠ 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ആവർത്തനം 5:16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നിനക്കു നന്മ വരേണ്ടതിന് നിന്റെ ദൈവമായ യഹോവയായ ഞാൻ കല്പിച്ചതുപോലെ നിന്റെ അപ്പനെയും അമ്മയെയും ബഹുമാനിക്കുക.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/>
          <w:sz w:val="22"/>
        </w:rPr>
        <w:t xml:space="preserve">ചിത്രം 9 കാണിക്കുക.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കഴിഞ്ഞ ആഴ്ചയിലെ പാഠം അവലോകനം ചെയ്യുന്ന ചോദ്യങ്ങൾ ചോദിക്കുക. ഉദാഹരണത്തിന്: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മോശെ എവിടെ പോയി?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അവൻ ആരോടു സംസാരിച്ചു?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ദൈവം അവനു എന്തു നല്കി?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മലയ്ക്കു ചുറ്റും വേലി കെട്ടിയത് എന്തിന്?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കഴിഞ്ഞ ആഴ്ചയിലെ മനഃപാഠ വാക്യം അവലോകനം ചെയ്യുക.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ചിത്രം 10 കാണിക്കുക</w:t>
      </w:r>
      <w:r>
        <w:rPr>
          <w:rFonts w:ascii="Nirmala UI" w:hAnsi="Nirmala UI" w:cs="Nirmala UI"/>
          <w:b w:val="0"/>
          <w:i w:val="0"/>
          <w:sz w:val="22"/>
        </w:rPr>
        <w:t xml:space="preserve">. മോശെ ദൈവത്തിന്റെ കല്പനകൾ ജനത്തിന്റെ അടുക്കൽ കൊണ്ടുവന്നു. ദൈവം ആഗ്രഹിക്കുന്നതുപോലെ ജീവിക്കേണ്ടത് എങ്ങനെയെന്ന് ആ കല്പനകൾ ജനത്തോടു പറഞ്ഞു. തന്നെ പ്രസാദിപ്പിക്കാൻ നാം എങ്ങനെ ജീവിക്കണമെന്ന് ചിത്രങ്ങൾ ഇപ്പോൾ നമ്മോടു പറയുന്നു. അതാണ് ഏറ്റവും നല്ല ജീവിതരീതി.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ആദ്യ ചിത്രം ചൂണ്ടിക്കാണിക്കുക</w:t>
      </w:r>
      <w:r>
        <w:rPr>
          <w:rFonts w:ascii="Nirmala UI" w:hAnsi="Nirmala UI" w:cs="Nirmala UI"/>
          <w:b w:val="0"/>
          <w:i w:val="0"/>
          <w:sz w:val="22"/>
        </w:rPr>
        <w:t xml:space="preserve">. ജനങ്ങൾ എന്തു ചെയ്യുന്നു? നാം തന്നെ മാത്രം ആരാധിക്കണമെന്ന് ദൈവം ആഗ്രഹിക്കുന്നു. വേറെ ദൈവമില്ല. ഈ വിഗ്രഹങ്ങൾ ജീവനുള്ളവയല്ല. ഇന്നത്തെ ആളുകൾ ദൈവത്തെക്കാൾ പ്രധാനമെന്നു കരുതുന്നത് എന്താണ്? കുട്ടികളോടു നിർദ്ദേശങ്ങൾ ചോദിക്കുക. നല്ല ഭക്ഷണം, പണം, നല്ല ജോലി എന്നിങ്ങനെ അവർ പറഞ്ഞേക്കാം. ഇവയെല്ലാം നല്ലതാണ്, എന്നാൽ ദൈവത്തിനു മുമ്പിൽ വച്ചാൽ സന്തോഷം തരില്ല.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രണ്ടാമത്തെ ചിത്രം ചൂണ്ടിക്കാണിക്കുക</w:t>
      </w:r>
      <w:r>
        <w:rPr>
          <w:rFonts w:ascii="Nirmala UI" w:hAnsi="Nirmala UI" w:cs="Nirmala UI"/>
          <w:b w:val="0"/>
          <w:i w:val="0"/>
          <w:sz w:val="22"/>
        </w:rPr>
        <w:t xml:space="preserve">. ഒരു ദിവസം പ്രത്യേകമായി തനിക്കായി ആചരിക്കണമെന്ന് ദൈവം ആഗ്രഹിക്കുന്നു. അന്ന് നാം എന്തു ചെയ്യണം?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മൂന്നാമത്തെ ചിത്രം</w:t>
      </w:r>
      <w:r>
        <w:rPr>
          <w:rFonts w:ascii="Nirmala UI" w:hAnsi="Nirmala UI" w:cs="Nirmala UI"/>
          <w:b w:val="0"/>
          <w:i w:val="0"/>
          <w:sz w:val="22"/>
        </w:rPr>
        <w:t xml:space="preserve">. മാതാപിതാക്കളെ ബഹുമാനിക്കണമെന്ന് ദൈവം ആഗ്രഹിക്കുന്നു. ഇത് നമുക്ക് എങ്ങനെ ചെയ്യാം? കുട്ടികൾക്ക് ഇത് അഭിനയിച്ചു കാണിക്കാം.</w:t>
      </w:r>
    </w:p>
    <w:p>
      <w:pPr>
        <w:keepNext/>
        <w:ind w:left="567"/>
      </w:pPr>
      <w:r>
        <w:rPr>
          <w:rFonts w:ascii="Nirmala UI" w:hAnsi="Nirmala UI" w:cs="Nirmala UI"/>
          <w:b/>
          <w:i/>
          <w:color w:val="1F4E79"/>
          <w:sz w:val="22"/>
        </w:rPr>
        <w:t xml:space="preserve">മനഃപാഠ വാക്യം പഠിപ്പിക്കുക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നാലാമത്തെ ചിത്രം. </w:t>
      </w:r>
      <w:r>
        <w:rPr>
          <w:rFonts w:ascii="Nirmala UI" w:hAnsi="Nirmala UI" w:cs="Nirmala UI"/>
          <w:b w:val="0"/>
          <w:i w:val="0"/>
          <w:sz w:val="22"/>
        </w:rPr>
        <w:t xml:space="preserve">കൊല ചെയ്യരുത്. സമയമുണ്ടെങ്കിൽ കയീന്റെയും ഹാബെലിന്റെയും കഥ ഒരിക്കൽക്കൂടി പറയുക. സഹോദരനെ കൊന്നപ്പോൾ കയീൻ സന്തോഷവാനായിരുന്നോ? അതു അവന്റെ പ്രശ്നം പരിഹരിച്ചോ?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അഞ്ചാമത്തെ ചിത്രം. </w:t>
      </w:r>
      <w:r>
        <w:rPr>
          <w:rFonts w:ascii="Nirmala UI" w:hAnsi="Nirmala UI" w:cs="Nirmala UI"/>
          <w:b w:val="0"/>
          <w:i w:val="0"/>
          <w:sz w:val="22"/>
        </w:rPr>
        <w:t xml:space="preserve">മറ്റൊരാളുടെ ഭാര്യയെ എടുക്കരുത്. ഇത് സന്തുഷ്ട കുടുംബമുണ്ടാക്കില്ല. വിവാഹത്തിൽ വിശ്വസ്തരായിരിക്കുക.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ആറാമത്തെ ചിത്രം. </w:t>
      </w:r>
      <w:r>
        <w:rPr>
          <w:rFonts w:ascii="Nirmala UI" w:hAnsi="Nirmala UI" w:cs="Nirmala UI"/>
          <w:b w:val="0"/>
          <w:i w:val="0"/>
          <w:sz w:val="22"/>
        </w:rPr>
        <w:t xml:space="preserve">ആ മനുഷ്യൻ എന്തു ചെയ്യുന്നു? അവൻ ഒരു കള്ളനാണ്. ദൈവം പറയുന്നു, “മോഷ്ടിക്കരുത്.” ഇത് അഭിനയിച്ചു കാണിക്കാം.</w:t>
      </w:r>
    </w:p>
    <w:p>
      <w:pPr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9, 10 കല്പനകളെ സംബന്ധിച്ച ചിത്രങ്ങളില്ല; എന്നാൽ നാം വ്യാജം പറയുകയോ കള്ളം പറയുകയോ ചെയ്യരുതെന്നും മറ്റുള്ളവരുടേതിനെ മോഹിക്കുകയോ ആഗ്രഹിക്കുകയോ ചെയ്യരുതെന്നും ദൈവം ആഗ്രഹിക്കുന്നു.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1–4 കല്പനകൾ ദൈവത്തെ എങ്ങനെ സ്നേഹിക്കണമെന്നും 5–10 കല്പനകൾ മറ്റുള്ളവരെ എങ്ങനെ സ്നേഹിക്കണമെന്നും പഠിപ്പിക്കുന്നുവെന്നും ദൈവം മോശെയ്ക്കു നല്കിയ ഈ കല്പനകളാണ് ഇപ്പോൾ നമുക്ക് ജീവിക്കാനുള്ള ഏറ്റവും നല്ല വഴിയെന്നും ഊന്നിക്കൊണ്ട് പാഠം ചുരുക്കമായി ആവർത്തിക്കുക. എന്നാൽ അനുസരണമുള്ള മക്കളാകാൻ നമുക്കു ദൈവത്തിന്റെ സഹായം വേണം.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ക്ലാസ്സിനെ ഗ്രൂപ്പുകളായി തിരിച്ച് ഓരോ ഗ്രൂപ്പിനും വ്യത്യസ്ത കല്പന അഭിനയിക്കാൻ കൊടുക്കാം. ഇവ നന്നായി പരിശീലിച്ചാൽ ആരാധനാ ശുശ്രൂഷയിലോ മാതാപിതാക്കൾക്കുള്ള ചായസത്കാരത്തിലോ ഉപയോഗിക്കാം.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8 – The Ten Commandments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8 – The Ten Commandments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