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4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കയീനും ഹാബെലും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4, 5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കയീൻ ഹാബെലിനെ കൊല്ലുന്നു. പാപം എന്തു ചെയ്യുന്നുവെന്ന് ഇത് കാണിക്കുന്നു.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പാഠം ഒരുക്കാൻ ദൈവത്തോടു സഹായം ചോദിക്കുക. തുടർന്ന് ഉല്പത്തി 4:1-16-ഉം പാഠ പദ്ധതിയും വായിച്ചു പഠിക്കുക.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4:7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പാപം വാതിൽക്കൽ പതുങ്ങിക്കിടക്കുന്നു. അതു നിന്നെ ഭരിക്കാൻ ആഗ്രഹിക്കുന്നു; എന്നാൽ നീ അതിനെ ജയിക്കണം.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സൺഡേ സ്കൂളിനു മുമ്പ്, ഏകദേശം 6 കുട്ടികളെക്കൊണ്ട് രണ്ടു ചെറിയ നാടകങ്ങൾ അഭിനയിക്കാൻ ഏർപ്പാടാക്കുക. ഒരു നാടകത്തിൽ 2 അല്ലെങ്കിൽ 3 കുട്ടികൾ ഒരേ കളിപ്പാട്ടക്കാറിനോ മറ്റൊരു വസ്തുവിനോ വേണ്ടി വഴക്കിടുന്നതു കാണിക്കാം. രണ്ടാമത്തെ നാടകത്തിൽ ഒരു കൂട്ടം പെൺകുട്ടികൾ പരസ്പരം ശകാരിക്കുന്നതു കാണിക്കാം.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ഇപ്പോൾ അഭിനയിച്ച നാടകങ്ങളെക്കുറിച്ചു പറഞ്ഞ്, അതിലെ ആളുകൾ അത്ര സന്തോഷമുള്ളവരായിരുന്നില്ലെന്നു സൂചിപ്പിക്കുക. ചിത്രം 4 കാണിച്ച് ആദാമും ഹവ്വയും തോട്ടം വിട്ടുപോകുന്നത് എന്തുകൊണ്ടെന്നു ചോദിക്കുക. ക്ലാസ്സിൽനിന്ന് താഴെപ്പറയുന്ന തരത്തിലുള്ള ഉത്തരങ്ങൾ ലഭിക്കാൻ ശ്രമിക്കുക.</w:t>
      </w:r>
    </w:p>
    <w:p>
      <w:pPr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അവർ നന്മതിന്മകളെക്കുറിച്ചുള്ള അറിവിന്റെ വൃക്ഷത്തിൽനിന്നു തിന്നു. അവർ ദൈവത്തെ അനുസരിച്ചില്ല. അവർ പാപം ചെയ്തു.</w:t>
      </w:r>
    </w:p>
    <w:p>
      <w:pPr>
        <w:ind w:left="567"/>
      </w:pPr>
      <w:r>
        <w:rPr>
          <w:rFonts w:ascii="Nirmala UI" w:hAnsi="Nirmala UI" w:cs="Nirmala UI"/>
          <w:b w:val="0"/>
          <w:i/>
          <w:sz w:val="22"/>
        </w:rPr>
        <w:t xml:space="preserve">മനഃപാഠ വാക്യം, റോമർ 5:12, ആവർത്തിക്കുക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ആദ്യത്തെ കുടുംബത്തെക്കുറിച്ചുള്ള ഉല്പത്തി 4:1, 2 കഥ സ്വന്തം വാക്കുകളിൽ പറയുക.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ഹാബെലും കയീനും ദൈവത്തെ ആരാധിച്ചു വാ. 3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കയീൻ ശരിയായ വഴിപാടല്ല കൊണ്ടുവന്നത്; ദൈവത്തിന് അതു സ്വീകരിക്കാൻ കഴിഞ്ഞില്ല. കയീൻ കോപിച്ചു. അവൻ ദൈവത്തെ അനുസരിച്ചില്ല. വാ. 5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ദൈവം കയീനോടു സംസാരിച്ചു: “നിന്റെ കോപം ഉപേക്ഷിക്കുക.” വാ. 6, 7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കയീൻ ഹാബെലിനോട് അസൂയപ്പെട്ട് അവനെ കൊന്നു. വാ. 8. </w:t>
      </w:r>
      <w:r>
        <w:rPr>
          <w:rFonts w:ascii="Nirmala UI" w:hAnsi="Nirmala UI" w:cs="Nirmala UI"/>
          <w:b w:val="0"/>
          <w:i/>
          <w:sz w:val="22"/>
        </w:rPr>
        <w:t xml:space="preserve">ചിത്രം 5 കാണിക്കുക.</w:t>
      </w:r>
    </w:p>
    <w:p>
      <w:pPr>
        <w:keepNext/>
        <w:ind w:left="567"/>
      </w:pPr>
      <w:r>
        <w:rPr>
          <w:rFonts w:ascii="Nirmala UI" w:hAnsi="Nirmala UI" w:cs="Nirmala UI"/>
          <w:b/>
          <w:i/>
          <w:color w:val="1F4E79"/>
          <w:sz w:val="22"/>
        </w:rPr>
        <w:t xml:space="preserve">മനഃപാഠ വാക്യം പഠിപ്പിക്കുക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7.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ഒരു കുടുംബത്തിലെ വഴക്കിന്റെ ഉദാഹരണം പറയുക, അല്ലെങ്കിൽ ആമുഖത്തിലെ നാടകങ്ങളിലേക്കു മടങ്ങുക. കയീൻ പാപത്തിന് തന്നെ ഭരിക്കാൻ അനുവദിച്ചു.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8.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ദൈവം കയീനോടു വീണ്ടും സംസാരിച്ചു. വാ. 9 കയീൻ ദൈവത്തോടു കള്ളം പറഞ്ഞു.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9.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കയീനെ ദൈവസന്നിധിയിൽനിന്നു പുറത്താക്കി. ദൈവത്തെ വിട്ടുപോകുന്നതാണ് പാപത്തിനുള്ള ശിക്ഷ. വാ. 14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തകർന്ന ജീവിതങ്ങളും തകർന്ന ബന്ധങ്ങളും ദൈവത്തിൽനിന്നുള്ള വേർപാടും പാപത്തിന്റെ ഫലമാണെന്ന ബൈബിൾ സത്യം ഊന്നിക്കൊണ്ട് പാഠം ചുരുക്കമായി ആവർത്തിക്കുക.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ആമുഖത്തിലെ നാടകങ്ങൾ (അല്ലെങ്കിൽ അവയിലൊന്ന്) അവസാനം മാറ്റി വീണ്ടും അഭിനയിക്കുക. ഇത് മനഃപാഠ വാക്യത്തിന്റെ അവസാനഭാഗം, അതായത് നീ അതിനെ ജയിക്കണം എന്നത്, ഊന്നിപ്പറയാൻ സഹായിക്കും.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പാപത്തെ ജയിക്കണമെന്ന് നമ്മുടെ മനഃപാഠ വാക്യം പറയുന്നു. എന്നാൽ ഇത് നമുക്കു സ്വയം ചെയ്യാൻ കഴിയുന്ന കാര്യമല്ല. നമ്മുടെ ജീവിതത്തിലെ പാപത്തെ ജയിക്കാൻ നമുക്കു ദൈവത്തിന്റെ സഹായം വേണം.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ആൺകുട്ടികൾ ഒരു കളിപ്പാട്ടക്കാറിനായി വഴക്കിടുകയാണെങ്കിൽ, മറ്റൊരാൾ, ഒരുപക്ഷേ അധ്യാപകൻ, കടന്നുവന്ന് മറ്റൊരു കാർ ഉണ്ടാക്കാൻ എല്ലാവരും പരസ്പരം സഹായിക്കാൻ നിർദ്ദേശിക്കാം. അവസാനം മനഃപാഠ വാക്യം എല്ലാവരും ചേർന്നു പറയുക.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4 – Cain and Abel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4 – Cain and Abel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