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പാപം ലോകത്തിൽ വരുന്നു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ആദാമും ഹവ്വയും ദൈവത്തെ അനുസരിക്കാതിരുന്നപ്പോൾ പാപം ലോകത്തിൽ വന്നുവെന്നു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പാഠം ഒരുക്കാൻ ദൈവത്തോടു സഹായം ചോദിക്കുക. തുടർന്ന് ഉല്പത്തി 3:1-24-ഉം പാഠ പദ്ധതിയും വായിച്ചു പഠിക്കുക. പാഠം തുടങ്ങാൻ ഉപയോഗിക്കുന്ന ക്വിസ് തയ്യാറാക്കുക.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റോമർ 5:12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ഒരു മനുഷ്യനിലൂടെ പാപം ലോകത്തിൽ വന്നു; അവന്റെ പാപം മരണത്തെയും കൊണ്ടുവന്നു. എല്ലാവരും പാപം ചെയ്തതിനാൽ മരണം സകല മനുഷ്യരിലേക്കും വ്യാപിച്ചു.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ക്ലാസ്സിൽ ഇതുപോലൊരു ക്വിസ് ഉപയോഗിക്കുക. അധ്യാപകൻ പറയുന്നു: “ഞാൻ ആരെ അനുകരിക്കുകയാണെന്നു ഊഹിക്കൂ.”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a) “ഞാൻ ഒരു പുരുഷനാണ്. ദൈവം എന്നെ ഉണ്ടാക്കി മനോഹരമായ ഒരു തോട്ടത്തിൽ ആക്കി.”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ഉത്തരം – ആദാം.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b) “ഞാൻ ഒരു സ്ത്രീയാണ്. ഞാൻ ആദാമിന്റെ ഭാര്യയാണ്. ദൈവം എന്നെ ആദാമിന്റെ വാരിയെല്ലിൽനിന്ന് ഉണ്ടാക്കി.”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i w:val="0"/>
          <w:sz w:val="22"/>
        </w:rPr>
        <w:t xml:space="preserve">ഉത്തരം – ഹവ്വ.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ഇത് കഴിഞ്ഞ ആഴ്ചയിലെ പാഠത്തിന്റെ അവലോകനമാണ്.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ഉല്പത്തി 1:1, 27 എന്നീ മനഃപാഠ വാക്യങ്ങളും അവലോകനം ചെയ്യുക.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r>
        <w:rPr>
          <w:rFonts w:ascii="Nirmala UI" w:hAnsi="Nirmala UI" w:cs="Nirmala UI"/>
          <w:b w:val="0"/>
          <w:i/>
          <w:sz w:val="22"/>
        </w:rPr>
        <w:t xml:space="preserve">ഉല്പത്തി 3-ലെ കഥ സ്വന്തം വാക്കുകളിൽ പറയുക. കഥയിലെ ഓരോ വ്യക്തിയുടെയും വേഷം അഭിനയിക്കുക.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പാമ്പിന്റെ വേഷത്തിൽ ഹവ്വയുടെ അടുക്കൽ വന്ന സാത്താൻ ചോദിച്ചു: “തോട്ടത്തിലെ ഒരു വൃക്ഷത്തിന്റെയും ഫലം തിന്നരുതെന്നു ദൈവം പറഞ്ഞോ?” വാ. 1.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ഹവ്വ പറഞ്ഞു: “തോട്ടത്തിന്റെ നടുവിലുള്ള വൃക്ഷത്തിന്റേതൊഴികെ എല്ലാ ഫലവും ഞങ്ങൾക്കു തിന്നാം. അതു തിന്നാൽ ഞങ്ങൾ മരിക്കും.” വാ. 2, 3.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സാത്താൻ പറഞ്ഞു: “നിങ്ങൾ മരിക്കയില്ല. അതു തിന്നാൽ നിങ്ങൾ ദൈവത്തെപ്പോലെയാകും.” വാ. 4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ഹവ്വ ആ ഫലത്തിലേക്കു നോക്കി. അവൾ അതു തിന്നുകയും ആദാമിനു കൊടുക്കുകയും ചെയ്തു. വാ. 6, 7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ആദാമും ഹവ്വയും ദൈവത്തെ അനുസരിച്ചില്ല. അവർ ദൈവത്തിൽനിന്ന് ഒളിച്ചു. വാ. 8-13. ആദാം ഹവ്വയെയും ഹവ്വ പാമ്പിനെ അഥവാ സാത്താനെയും കുറ്റപ്പെടുത്തി. വീട്ടിൽ ഒരാൾ മറ്റൊരാളെ കുറ്റപ്പെടുത്തുന്നതിന് ഒരു ഉദാഹരണം പറയുക. വാ. 12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i/>
          <w:sz w:val="22"/>
        </w:rPr>
        <w:t xml:space="preserve">ചിത്രം 4 കാണിക്കുക.</w:t>
      </w:r>
    </w:p>
    <w:p>
      <w:pPr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അതിനെക്കുറിച്ചു ചോദ്യങ്ങൾ ചോദിക്കുക. പാഠം കുട്ടികൾക്കു മനസ്സിലായോ എന്ന് ഇതിലൂടെ അറിയാം. ആദാമിനെയും ഹവ്വയെയും തോട്ടത്തിൽനിന്നു പുറത്താക്കി വാ. 23. അവരെ അവിടെ താമസിക്കാൻ ദൈവത്തിനു അനുവദിക്കാൻ കഴിയുമായിരുന്നില്ല വാ. 22.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ആദാമിന്റെയും ഹവ്വയുടെയും ജീവിതത്തിലും നമ്മുടെ ജീവിതത്തിലും ലോകത്തിലും പാപത്തിന്റെ ദാരുണമായ ഫലങ്ങൾ ഊന്നിക്കൊണ്ട് പാഠം ചുരുക്കമായി ആവർത്തിക്കുക (എന്നാൽ നമ്മുടെ പാപപ്രശ്നത്തിന് ദൈവത്തിന് തന്റെ സ്നേഹത്തിൽ പരിഹാരമുണ്ട്).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ദൈവത്തെ അനുസരിക്കാതിരിക്കുന്നതിനെ പാപം എന്നു പറയുന്നു. ആദാമിനെയും ഹവ്വയെയുംപോലെ നാമെല്ലാവരും ദൈവത്തെ അനുസരിക്കാതിരിക്കുന്നു. ചില ഉദാഹരണങ്ങൾ പറയുക. കുട്ടികളെക്കൊണ്ടും ഉദാഹരണങ്ങൾ പറയിക്കുക. പാഠത്തിന്റെ ഈ ഭാഗം ഒരു പ്രസംഗമാക്കി മാറ്റരുത്!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r>
        <w:rPr>
          <w:rFonts w:ascii="Nirmala UI" w:hAnsi="Nirmala UI" w:cs="Nirmala UI"/>
          <w:b/>
          <w:i w:val="0"/>
          <w:sz w:val="22"/>
        </w:rPr>
        <w:t xml:space="preserve">പൊതു കുറിപ്പ്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ഒരു സമയത്ത് 2 അല്ലെങ്കിൽ 3 വീതം മനഃപാഠ വാക്യങ്ങൾ അവലോകനം ചെയ്യാൻ സൺഡേ സ്കൂൾ സമയത്ത് ഒരു ഇടം ഉൾപ്പെടുത്തുന്നത് നല്ല ശീലമാണ്. ഇടയ്ക്കിടെ അവലോകനം ചെയ്യാത്തത് പെട്ടെന്നു മറന്നുപോകും.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 – Sin Comes into the World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 – Sin Comes into the World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