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2</w:t>
      </w:r>
    </w:p>
    <w:p>
      <w:pPr>
        <w:keepNext/>
        <w:spacing w:after="40"/>
      </w:pPr>
      <w:r>
        <w:rPr>
          <w:rFonts w:ascii="Nirmala UI" w:hAnsi="Nirmala UI" w:cs="Nirmala UI"/>
          <w:b/>
          <w:color w:val="1F4E79"/>
          <w:sz w:val="52"/>
        </w:rPr>
        <w:t xml:space="preserve">ദൈവം ആദ്യത്തെ പുരുഷനെയും സ്ത്രീയെയും സൃഷ്ടിക്കുന്നു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2, 3</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പുരുഷന്മാരെയും സ്ത്രീകളെയും (ആൺകുട്ടികളെയും പെൺകുട്ടികളെയും) ഉണ്ടാക്കിയെന്നു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പാഠം ഒരുക്കാൻ ദൈവത്തോടു സഹായം ചോദിക്കുക. ഉല്പത്തി 1:26–2:25-ഉം പാഠ പദ്ധതിയും വായിച്ചു പഠിക്കുക. പാഠത്തിന്റെ തുടക്കത്തിൽ കുട്ടികളോടു ചോദിക്കാൻ കൂടുതൽ ചോദ്യങ്ങൾ തയ്യാറാക്കുക.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ഉല്പത്തി 1:27</w:t>
            </w:r>
          </w:p>
          <w:p>
            <w:pPr>
              <w:spacing w:after="40"/>
            </w:pPr>
            <w:r>
              <w:rPr>
                <w:rFonts w:ascii="Nirmala UI" w:hAnsi="Nirmala UI" w:cs="Nirmala UI"/>
                <w:b w:val="0"/>
                <w:i/>
                <w:sz w:val="22"/>
              </w:rPr>
              <w:t xml:space="preserve">ദൈവം മനുഷ്യരെ തന്റെ സാദൃശ്യത്തിൽ സൃഷ്ടിച്ചു; സ്ത്രീയും പുരുഷനുമായി അവരെ സൃഷ്ടിച്ചു.</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മുൻ പാഠം അവലോകനം ചെയ്യുന്ന ചോദ്യങ്ങളായിരിക്കണം ഇത്.</w:t>
      </w:r>
    </w:p>
    <w:p>
      <w:r>
        <w:rPr>
          <w:rFonts w:ascii="Nirmala UI" w:hAnsi="Nirmala UI" w:cs="Nirmala UI"/>
          <w:b w:val="0"/>
          <w:i w:val="0"/>
          <w:sz w:val="22"/>
        </w:rPr>
        <w:t xml:space="preserve">ഉദാഹരണത്തിന്</w:t>
      </w:r>
    </w:p>
    <w:p>
      <w:pPr>
        <w:spacing w:after="60"/>
        <w:ind w:left="567"/>
      </w:pPr>
      <w:r>
        <w:rPr>
          <w:rFonts w:ascii="Nirmala UI" w:hAnsi="Nirmala UI" w:cs="Nirmala UI"/>
          <w:b w:val="0"/>
          <w:i w:val="0"/>
          <w:sz w:val="22"/>
        </w:rPr>
        <w:t xml:space="preserve">ചോദ്യം: ലോകത്തെ ഉണ്ടാക്കിയതാര്?</w:t>
      </w:r>
    </w:p>
    <w:p>
      <w:pPr>
        <w:spacing w:after="60"/>
        <w:ind w:left="567"/>
      </w:pPr>
      <w:r>
        <w:rPr>
          <w:rFonts w:ascii="Nirmala UI" w:hAnsi="Nirmala UI" w:cs="Nirmala UI"/>
          <w:b w:val="0"/>
          <w:i w:val="0"/>
          <w:sz w:val="22"/>
        </w:rPr>
        <w:t xml:space="preserve">ഉത്തരം: ദൈവം.</w:t>
      </w:r>
    </w:p>
    <w:p>
      <w:pPr>
        <w:spacing w:after="60"/>
        <w:ind w:left="567"/>
      </w:pPr>
      <w:r>
        <w:rPr>
          <w:rFonts w:ascii="Nirmala UI" w:hAnsi="Nirmala UI" w:cs="Nirmala UI"/>
          <w:b w:val="0"/>
          <w:i w:val="0"/>
          <w:sz w:val="22"/>
        </w:rPr>
        <w:t xml:space="preserve">ചോദ്യം: ദൈവം ലോകത്തിൽ എന്തെല്ലാം ഉണ്ടാക്കി?</w:t>
      </w:r>
    </w:p>
    <w:p>
      <w:pPr>
        <w:spacing w:after="60"/>
        <w:ind w:left="567"/>
      </w:pPr>
      <w:r>
        <w:rPr>
          <w:rFonts w:ascii="Nirmala UI" w:hAnsi="Nirmala UI" w:cs="Nirmala UI"/>
          <w:b w:val="0"/>
          <w:i w:val="0"/>
          <w:sz w:val="22"/>
        </w:rPr>
        <w:t xml:space="preserve">ഉത്തരം: വെളിച്ചം, വൃക്ഷങ്ങൾ, ചെടികൾ, മൃഗങ്ങൾ തുടങ്ങിയവ.</w:t>
      </w:r>
    </w:p>
    <w:p>
      <w:r>
        <w:rPr>
          <w:rFonts w:ascii="Nirmala UI" w:hAnsi="Nirmala UI" w:cs="Nirmala UI"/>
          <w:b w:val="0"/>
          <w:i/>
          <w:sz w:val="22"/>
        </w:rPr>
        <w:t xml:space="preserve">ക്ലാസ്സ് ചില ഉത്തരങ്ങൾ പറഞ്ഞശേഷം ചിത്രം 3 വീണ്ടും നോക്കാം.</w:t>
      </w:r>
    </w:p>
    <w:p>
      <w:pPr>
        <w:spacing w:after="60"/>
        <w:ind w:left="567"/>
      </w:pPr>
      <w:r>
        <w:rPr>
          <w:rFonts w:ascii="Nirmala UI" w:hAnsi="Nirmala UI" w:cs="Nirmala UI"/>
          <w:b w:val="0"/>
          <w:i w:val="0"/>
          <w:sz w:val="22"/>
        </w:rPr>
        <w:t xml:space="preserve">ചോദ്യം: കഴിഞ്ഞ പാഠത്തിൽ നാം സംസാരിക്കാത്ത ഒന്നു ദൈവം ഉണ്ടാക്കിയിട്ടുണ്ട്. അത് എന്താണ്?</w:t>
      </w:r>
    </w:p>
    <w:p>
      <w:pPr>
        <w:spacing w:after="60"/>
        <w:ind w:left="567"/>
      </w:pPr>
      <w:r>
        <w:rPr>
          <w:rFonts w:ascii="Nirmala UI" w:hAnsi="Nirmala UI" w:cs="Nirmala UI"/>
          <w:b w:val="0"/>
          <w:i w:val="0"/>
          <w:sz w:val="22"/>
        </w:rPr>
        <w:t xml:space="preserve">ഉത്തരം: പുരുഷന്മാരും സ്ത്രീകളും.</w:t>
      </w:r>
    </w:p>
    <w:p>
      <w:pPr>
        <w:pStyle w:val="Heading2"/>
      </w:pPr>
      <w:r>
        <w:rPr>
          <w:rFonts w:ascii="Nirmala UI" w:hAnsi="Nirmala UI" w:cs="Nirmala UI"/>
        </w:rPr>
        <w:t xml:space="preserve">പാഠത്തിലെ പ്രധാന ആശയങ്ങൾ</w:t>
      </w:r>
    </w:p>
    <w:p>
      <w:r>
        <w:rPr>
          <w:rFonts w:ascii="Nirmala UI" w:hAnsi="Nirmala UI" w:cs="Nirmala UI"/>
          <w:b w:val="0"/>
          <w:i w:val="0"/>
          <w:sz w:val="22"/>
        </w:rPr>
        <w:t xml:space="preserve">ദൈവം പുരുഷനെയും സ്ത്രീയെയും സൃഷ്ടിച്ച കഥ പറയുക.</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ആദ്യത്തെ മനുഷ്യനായ ആദാമിനെ മണ്ണുകൊണ്ടു നിർമ്മിച്ചു; ദൈവം അവനിൽ ജീവൻ ഊതി. മനുഷ്യനെ ദൈവത്തിന്റെ സാദൃശ്യത്തിൽ ഉണ്ടാക്കി. ആദാം എന്ന പേരിന്റെ അർത്ഥം മനുഷ്യൻ എന്നാണ്. ഉല്പത്തി 1:27-28</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ആദാമിനെ ഒരു തോട്ടത്തിൽ ആക്കി. ഉല്പത്തി 2:8-10.</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ദൈവം ഹവ്വയെ ഉണ്ടാക്കി. ഉല്പത്തി 2:20-25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തോട്ടം പരിപാലിക്കേണ്ടത് സ്ത്രീപുരുഷന്മാരായിരുന്നു. ഉല്പത്തി 2:15-20.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നന്മതിന്മകളെക്കുറിച്ചുള്ള അറിവിന്റെ വൃക്ഷത്തിൽനിന്ന് അവർ തിന്നരുതായിരുന്നു. ഉല്പത്തി 2:17</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i w:val="0"/>
          <w:sz w:val="22"/>
        </w:rPr>
        <w:t xml:space="preserve">ഏഴാം ദിവസം ദൈവം വിശ്രമിച്ചു. സൃഷ്ടി പൂർത്തിയായി. ദൈവം അരുളിച്ചെയ്തപ്പോൾ അവന്റെ വചനത്താൽ സൃഷ്ടി നടന്നു. ഇന്നു ദൈവം ബൈബിളിലൂടെ നമ്മോടു സംസാരിക്കുന്നു. ബൈബിളിനെ ദൈവവചനം എന്നു വിളിക്കുന്നു. </w:t>
      </w:r>
      <w:r>
        <w:rPr>
          <w:rFonts w:ascii="Nirmala UI" w:hAnsi="Nirmala UI" w:cs="Nirmala UI"/>
          <w:b w:val="0"/>
          <w:i/>
          <w:sz w:val="22"/>
        </w:rPr>
        <w:t xml:space="preserve">ചിത്രം 2 കാണിക്കുക.</w:t>
      </w:r>
    </w:p>
    <w:p>
      <w:pPr>
        <w:pStyle w:val="Heading2"/>
      </w:pPr>
      <w:r>
        <w:rPr>
          <w:rFonts w:ascii="Nirmala UI" w:hAnsi="Nirmala UI" w:cs="Nirmala UI"/>
        </w:rPr>
        <w:t xml:space="preserve">അവലോകനം</w:t>
      </w:r>
    </w:p>
    <w:p>
      <w:r>
        <w:rPr>
          <w:rFonts w:ascii="Nirmala UI" w:hAnsi="Nirmala UI" w:cs="Nirmala UI"/>
          <w:b w:val="0"/>
          <w:i w:val="0"/>
          <w:sz w:val="22"/>
        </w:rPr>
        <w:t xml:space="preserve">ദൈവത്തിന്റെ വചനം ശക്തമാണെന്നും ഇന്നു ദൈവം തന്റെ എഴുതപ്പെട്ട വചനത്തിലൂടെയും (ബൈബിൾ) ജീവനുള്ള വചനത്തിലൂടെയും (യേശു) നമ്മോടു സംസാരിക്കുന്നുവെന്നും ഊന്നിക്കൊണ്ട് പാഠം ചുരുക്കമായി ആവർത്തിക്കുക.</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ക്ലാസ്സിലേക്ക് ഒരു കണ്ണാടി കൊണ്ടുവരിക. പല കുട്ടികളുടെയും മുന്നിൽ ഓരോരുത്തരായി അതു പിടിച്ച് കണ്ണാടിയിൽ ആരെ കാണുന്നുവെന്നു ചോദിക്കുക. അവർ തങ്ങളുടെ ചിത്രം, അതായത് പ്രതിബിംബം, കാണും. ദൈവം നമ്മെ തന്റെ സാദൃശ്യത്തിൽ ഉണ്ടാക്കി. കണ്ണാടി നമ്മുടെ ചിത്രം തിരികെ കാണിക്കുന്നു. തന്റെ സാദൃശ്യം പ്രതിഫലിപ്പിക്കാൻ ദൈവം നമ്മെ ഉണ്ടാക്കി. കണ്ണാടിയിൽ അഴുക്കും പൊടിയും പിടിക്കും. നമ്മുടെ ജീവിതമാകുന്ന കണ്ണാടി എങ്ങനെ മലിനമായി, ദൈവത്തിനുവേണ്ടി നമ്മെ എങ്ങനെ ഭംഗിയായി വൃത്തിയാക്കി തിളക്കമുള്ളവരാക്കാമെന്നാണ് ദൈവവചനമായ ബൈബിളിലെ കഥ പറയുന്നത്.</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 – God Creates the First Man and Woman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 – God Creates the First Man and Woman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