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</w:rPr>
        <w:t xml:space="preserve">പാഠം 1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സൃഷ്ടി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സുവാർത്ത സൺഡേ സ്കൂൾ പാഠങ്ങൾ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ചിത്രങ്ങൾ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Calibri" w:hAnsi="Calibri" w:cs="Calibri" w:eastAsia="Calibri"/>
                <w:b w:val="0"/>
                <w:i w:val="0"/>
                <w:sz w:val="22"/>
              </w:rPr>
              <w:t>1, 2, 3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നാം ജീവിക്കുന്ന ലോകം ഉണ്ടാക്കിയത് ദൈവമാണെന്നു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അധ്യാപക ഒരുക്കം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പാഠം ഒരുക്കാൻ ദൈവത്തോടു സഹായം ചോദിക്കുക. തുടർന്ന് ഉല്പത്തി 1:1-25-ഉം പാഠ പദ്ധതിയും വായിച്ചു പഠിക്കുക.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1:1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ആദിയിൽ ദൈവം പ്രപഞ്ചത്തെ സൃഷ്ടിച്ചു. (കുറിപ്പ്: പ്രപഞ്ചം എന്നാൽ ഭൂമിയും ആകാശവും)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 പദ്ധതി</w:t>
      </w:r>
    </w:p>
    <w:p>
      <w:pPr>
        <w:pStyle w:val="Heading2"/>
      </w:pPr>
      <w:r>
        <w:rPr>
          <w:rFonts w:ascii="Nirmala UI" w:hAnsi="Nirmala UI" w:cs="Nirmala UI"/>
        </w:rPr>
        <w:t xml:space="preserve">ആമുഖം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കുട്ടികളോട് കൈകൊണ്ടു കണ്ണു പൊത്താൻ പറയുക. അവർ എന്തു കാണുന്നു? ഒന്നുമില്ല. ഇരുട്ടു മാത്രം.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ഉല്പത്തി ഒന്നാം അധ്യായത്തിലെ കഥ ക്രമം തെറ്റാതെ സ്വന്തം വാക്കുകളിൽ പറയുക. കഥ എങ്ങനെ പറയാമെന്നതിന് ആദ്യത്തെ രണ്ടു ദിവസത്തെ സൃഷ്ടി ഉദാഹരണമായി നല്കിയിരിക്കുന്നു.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Calibri" w:hAnsi="Calibri" w:cs="Calibri" w:eastAsia="Calibri"/>
          <w:b w:val="0"/>
          <w:i w:val="0"/>
          <w:sz w:val="22"/>
        </w:rPr>
      </w:r>
      <w:r>
        <w:rPr>
          <w:rFonts w:ascii="Nirmala UI" w:hAnsi="Nirmala UI" w:cs="Nirmala UI"/>
          <w:b w:val="0"/>
          <w:i/>
          <w:sz w:val="22"/>
        </w:rPr>
        <w:t xml:space="preserve">ചിത്രം 1 കാണിക്കുക. </w:t>
      </w:r>
      <w:r>
        <w:rPr>
          <w:rFonts w:ascii="Nirmala UI" w:hAnsi="Nirmala UI" w:cs="Nirmala UI"/>
          <w:b w:val="0"/>
          <w:i w:val="0"/>
          <w:sz w:val="22"/>
        </w:rPr>
        <w:t xml:space="preserve">ദൈവം സൃഷ്ടി തുടങ്ങുന്നതിനുമുമ്പ് എല്ലാം ഇരുട്ടും ക്രമമില്ലായ്മയുമായിരുന്നു. എല്ലായിടത്തും ഇരുട്ടായിരുന്നപ്പോൾ ദൈവം പറഞ്ഞു: “പകൽവെളിച്ചം ഉണ്ടാകട്ടെ.” പകൽവെളിച്ചം ഉണ്ടായി. എല്ലായിടത്തും വെളിച്ചമായി, ഇരുട്ടു മാറി. താൻ ഉണ്ടാക്കിയതിൽ ദൈവം വളരെ സന്തോഷിച്ചു. ഒന്നാം ദിവസം പകൽ വെളിച്ചവും രാത്രി ഇരുട്ടും ഉണ്ടായിരുന്നു.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രണ്ടാം ദിവസം ദൈവം ഭൂമിക്ക് ആകൃതി നല്കി. അത് ഒരു ഓറഞ്ചുപോലെയാണ് </w:t>
      </w:r>
      <w:r>
        <w:rPr>
          <w:rFonts w:ascii="Nirmala UI" w:hAnsi="Nirmala UI" w:cs="Nirmala UI"/>
          <w:b w:val="0"/>
          <w:i/>
          <w:sz w:val="22"/>
        </w:rPr>
        <w:t xml:space="preserve">(സാധ്യമെങ്കിൽ ക്ലാസ്സിനെ ഒരു ഓറഞ്ച് കാണിക്കുക)</w:t>
      </w:r>
      <w:r>
        <w:rPr>
          <w:rFonts w:ascii="Nirmala UI" w:hAnsi="Nirmala UI" w:cs="Nirmala UI"/>
          <w:b w:val="0"/>
          <w:i w:val="0"/>
          <w:sz w:val="22"/>
        </w:rPr>
        <w:t xml:space="preserve">. ദൈവം ഭൂമിയെ ആകാശത്തിൽനിന്നു വേർതിരിച്ചു. ഭൂമിക്കു മുകളിലുള്ള സ്ഥലമാണ് ആകാശം.</w:t>
      </w:r>
    </w:p>
    <w:p>
      <w:pPr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പാഠം തുടരുമ്പോൾ മറ്റു ദിവസങ്ങളിൽ സൃഷ്ടിച്ചവയെക്കുറിച്ച് അധ്യാപകൻ വിവരിക്കുക. ബൈബിൾ ചെയ്യുന്നതുപോലെ, സൃഷ്ടിച്ചതിൽ ദൈവം സന്തോഷിച്ചുവെന്നും അത് നല്ലതായിരുന്നുവെന്നും ആവർത്തിക്കുക.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കര, കടൽ, ചെടികൾ, വൃക്ഷങ്ങൾ.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സൂര്യൻ, ചന്ദ്രൻ, നക്ഷത്രങ്ങൾ.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പക്ഷികളും മത്സ്യങ്ങളും.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മൃഗങ്ങൾ. </w:t>
      </w:r>
      <w:r>
        <w:rPr>
          <w:rFonts w:ascii="Nirmala UI" w:hAnsi="Nirmala UI" w:cs="Nirmala UI"/>
          <w:b w:val="0"/>
          <w:i/>
          <w:sz w:val="22"/>
        </w:rPr>
        <w:t xml:space="preserve">ചിത്രം 3 കാണിക്കുക</w:t>
      </w:r>
      <w:r>
        <w:rPr>
          <w:rFonts w:ascii="Calibri" w:hAnsi="Calibri" w:cs="Calibri" w:eastAsia="Calibri"/>
          <w:b w:val="0"/>
          <w:i w:val="0"/>
          <w:sz w:val="22"/>
        </w:rPr>
        <w:t xml:space="preserve">. </w:t>
      </w:r>
      <w:r>
        <w:rPr>
          <w:rFonts w:ascii="Nirmala UI" w:hAnsi="Nirmala UI" w:cs="Nirmala UI"/>
          <w:b w:val="0"/>
          <w:i/>
          <w:sz w:val="22"/>
        </w:rPr>
        <w:t xml:space="preserve">അവർ എന്തു കാണുന്നുവെന്നു ക്ലാസ്സിനോടു ചോദിക്കുക</w:t>
      </w:r>
      <w:r>
        <w:rPr>
          <w:rFonts w:ascii="Nirmala UI" w:hAnsi="Nirmala UI" w:cs="Nirmala UI"/>
          <w:b w:val="0"/>
          <w:i w:val="0"/>
          <w:sz w:val="22"/>
        </w:rPr>
        <w:t xml:space="preserve">. ദൈവമാണ് ഈ സൗന്ദര്യമെല്ലാം സൃഷ്ടിച്ചത്.</w:t>
      </w:r>
    </w:p>
    <w:p>
      <w:pPr>
        <w:pStyle w:val="Heading2"/>
      </w:pPr>
      <w:r>
        <w:rPr>
          <w:rFonts w:ascii="Nirmala UI" w:hAnsi="Nirmala UI" w:cs="Nirmala UI"/>
        </w:rPr>
        <w:t xml:space="preserve">അവലോകനം</w:t>
      </w:r>
    </w:p>
    <w:p>
      <w:r>
        <w:rPr>
          <w:rFonts w:ascii="Nirmala UI" w:hAnsi="Nirmala UI" w:cs="Nirmala UI"/>
          <w:b w:val="0"/>
          <w:i/>
          <w:sz w:val="22"/>
        </w:rPr>
        <w:t xml:space="preserve">പാഠത്തിലെ കേന്ദ്രസത്യം ഊന്നിക്കൊണ്ട് ചുരുക്കമായി ആവർത്തിക്കുക. പാഠം മനസ്സിലായെന്നു കുട്ടികൾക്കു കാണിക്കാൻ കഴിയുന്ന ചോദ്യങ്ങൾ ചോദിക്കുക.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പഠിപ്പിക്കുക</w:t>
      </w:r>
    </w:p>
    <w:p>
      <w:r>
        <w:rPr>
          <w:rFonts w:ascii="Nirmala UI" w:hAnsi="Nirmala UI" w:cs="Nirmala UI"/>
          <w:b w:val="0"/>
          <w:i/>
          <w:sz w:val="22"/>
        </w:rPr>
        <w:t xml:space="preserve">പഠിക്കുമ്പോൾ ചിത്രം 3 ക്ലാസ്സിന്റെ മുന്നിൽ വയ്ക്കുക</w:t>
      </w:r>
      <w:r>
        <w:rPr>
          <w:rFonts w:ascii="Calibri" w:hAnsi="Calibri" w:cs="Calibri" w:eastAsia="Calibri"/>
          <w:b w:val="0"/>
          <w:i w:val="0"/>
          <w:sz w:val="22"/>
        </w:rPr>
        <w:t>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പാഠത്തോടുള്ള നമ്മുടെ പ്രതികരണം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നമുക്ക് ആസ്വദിക്കാനും സംരക്ഷിക്കാനും ദൈവം ഉണ്ടാക്കിത്തന്ന അത്ഭുതകരവും ആവേശകരവുമായ ലോകത്തിനായി ദൈവത്തെ സ്തുതിക്കാനും നന്ദി പറയാനും കുട്ടികളെ സഹായിക്കുക. നമുക്കിത് എങ്ങനെ ചെയ്യാം? </w:t>
      </w:r>
      <w:r>
        <w:rPr>
          <w:rFonts w:ascii="Nirmala UI" w:hAnsi="Nirmala UI" w:cs="Nirmala UI"/>
          <w:b w:val="0"/>
          <w:i/>
          <w:sz w:val="22"/>
        </w:rPr>
        <w:t xml:space="preserve">ചില ഉദാഹരണങ്ങൾ കുട്ടികൾതന്നെ പറയട്ടെ. ചില നിർദ്ദേശങ്ങൾ:</w:t>
      </w:r>
    </w:p>
    <w:p>
      <w:pPr>
        <w:pStyle w:val="ListBullet"/>
        <w:spacing w:after="60"/>
      </w:pPr>
      <w:r>
        <w:rPr>
          <w:rFonts w:ascii="Nirmala UI" w:hAnsi="Nirmala UI" w:cs="Nirmala UI"/>
          <w:b w:val="0"/>
          <w:i w:val="0"/>
          <w:sz w:val="22"/>
        </w:rPr>
        <w:t xml:space="preserve">ഒരു മരം മുറിക്കുമ്പോൾ 2 മരങ്ങൾ നടുക.</w:t>
      </w:r>
    </w:p>
    <w:p>
      <w:pPr>
        <w:pStyle w:val="ListBullet"/>
        <w:spacing w:after="60"/>
      </w:pPr>
      <w:r>
        <w:rPr>
          <w:rFonts w:ascii="Nirmala UI" w:hAnsi="Nirmala UI" w:cs="Nirmala UI"/>
          <w:b w:val="0"/>
          <w:i w:val="0"/>
          <w:sz w:val="22"/>
        </w:rPr>
        <w:t xml:space="preserve">ഉപയോഗം കഴിഞ്ഞ വെള്ളം ചെടികൾക്ക് ഒഴിക്കുക.</w:t>
      </w:r>
    </w:p>
    <w:p>
      <w:pPr>
        <w:pStyle w:val="ListBullet"/>
        <w:spacing w:after="60"/>
      </w:pPr>
      <w:r>
        <w:rPr>
          <w:rFonts w:ascii="Nirmala UI" w:hAnsi="Nirmala UI" w:cs="Nirmala UI"/>
          <w:b w:val="0"/>
          <w:i w:val="0"/>
          <w:sz w:val="22"/>
        </w:rPr>
        <w:t xml:space="preserve">പച്ചക്കറിത്തൊലികളും ചാരവും കമ്പോസ്റ്റ് ആക്കുക.</w:t>
      </w:r>
    </w:p>
    <w:p>
      <w:pPr>
        <w:pStyle w:val="ListBullet"/>
        <w:spacing w:after="60"/>
      </w:pPr>
      <w:r>
        <w:rPr>
          <w:rFonts w:ascii="Nirmala UI" w:hAnsi="Nirmala UI" w:cs="Nirmala UI"/>
          <w:b w:val="0"/>
          <w:i w:val="0"/>
          <w:sz w:val="22"/>
        </w:rPr>
        <w:t xml:space="preserve">പൊട്ടിയ ചില്ലുപോലുള്ള മാലിന്യം പ്രത്യേക സ്ഥലത്തിടുക.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 – The Creation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 – The Creation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