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24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പൗലൊസ് റോമിൽ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8: പരിശുദ്ധാത്മാവിന്റെ പ്രവൃത്തികൾ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പൗലൊസ് തടവിലായിരുന്നപ്പോഴും സുവിശേഷം പങ്കുവച്ചും മറ്റു ക്രിസ്ത്യാനികളെ കരുതിയും ദൈവത്തെ സേവിക്കുന്നത് തുടർന്നുവെന്നു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അപ്പൊ. പ്രവൃത്തികൾ 28:16-30; ഫിലിപ്പിയർ 1:12-13; 2 തിമൊഥെയൊസ് 4:9-18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ഫിലിപ്പിയർ 4:13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എന്നെ ശക്തനാക്കുന്നവൻ മുഖാന്തരം എനിക്ക് സകലതും ചെയ്യാൻ കഴിയും.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 w:val="0"/>
          <w:sz w:val="22"/>
        </w:rPr>
        <w:t xml:space="preserve">നിങ്ങളുടെ കൈയിൽ ഒരു ചെറിയ മുറിവുപോലും എഴുതാനോ നിങ്ങളുടെ ജോലികൾ ചെയ്യാനോ ബുദ്ധിമുട്ടുണ്ടാക്കുന്നു. നിങ്ങൾ വികലാംഗരാകുന്നു, അത് ഉണങ്ങുന്നതുവരെ നിങ്ങൾക്കു ജോലി ചെയ്യാൻ കഴിയില്ല.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/>
          <w:sz w:val="22"/>
        </w:rPr>
        <w:t xml:space="preserve">ചിത്രം 24 കാണിക്കുക. </w:t>
      </w:r>
      <w:r>
        <w:rPr>
          <w:rFonts w:ascii="Nirmala UI" w:hAnsi="Nirmala UI" w:cs="Nirmala UI"/>
          <w:b w:val="0"/>
          <w:sz w:val="22"/>
        </w:rPr>
        <w:t xml:space="preserve">ഒരു തടവുകാരൻ ആയിരിക്കുന്നത് എങ്ങനെയായിരിക്കുമെന്ന് നിങ്ങൾക്ക് ഒരു ധാരണയുണ്ടോ? സ്വതന്ത്രമായി സഞ്ചരിക്കാൻ കഴിയാത്തത് ഭയങ്കരമായിരിക്കണം.</w:t>
      </w:r>
    </w:p>
    <w:p>
      <w:pPr>
        <w:ind w:left="567"/>
      </w:pPr>
      <w:r>
        <w:rPr>
          <w:rFonts w:ascii="Nirmala UI" w:hAnsi="Nirmala UI" w:cs="Nirmala UI"/>
          <w:b w:val="0"/>
          <w:sz w:val="22"/>
        </w:rPr>
        <w:t xml:space="preserve">തന്റെ വിശ്വാസത്തിന്റെ പേരിൽ റോമിൽ തടവുകാരനായി എത്തിയ പൗലൊസ് യേശുക്രിസ്തുവിനെക്കുറിച്ചു സംസാരിക്കുന്നത് നിർത്തുമെന്ന് നിങ്ങൾ വിചാരിച്ചിരിക്കാം. എന്നാൽ അവൻ നിർത്തിയില്ല! അവനെ വളരെ അടുത്തു കാവൽ കാത്തിരുന്നെങ്കിലും പൗലൊസ് യേശുവിനെക്കുറിച്ചു സംസാരിച്ചുകൊണ്ടിരുന്നു. ചക്രവർത്തിയുടെ കാവൽക്കാരോടു സാക്ഷ്യം പറയാൻ അവൻ ആ അവസരം ഉപയോഗിച്ചു. പൗലൊസിനെ കാവൽ കാക്കാൻ പല പടയാളികൾ മാറിമാറി വരേണ്ടിയിരുന്നു; അവരെല്ലാവരും യേശുവിനെക്കുറിച്ചു കേട്ടു. അവരിൽ ചിലർ ക്രിസ്ത്യാനികളായി (ഫിലി 1:12-13).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പൗലൊസ് തടവറയിലല്ല, വീട്ടുതടങ്കലിലായിരുന്നു. അതിനാൽ അവനു സന്ദർശകരെ സ്വീകരിക്കാമായിരുന്നു (പ്രവൃ 28:16). യഹൂദരും ജാതികളുമായ പല സന്ദർശകർ പൗലൊസിനെ കാണാൻ വന്നു. ചിലർ സുവിശേഷം സ്വീകരിച്ചു. മറ്റുള്ളവർ അതു തള്ളിക്കളഞ്ഞു (28:23-24, 30-31).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 w:val="0"/>
          <w:sz w:val="22"/>
        </w:rPr>
        <w:t xml:space="preserve">പൗലൊസ് തടവിൽനിന്ന് ക്രിസ്തീയ സഭകൾക്ക് കത്തുകളും എഴുതി. എഫെസ്യർ, കൊലൊസ്സ്യർ, ഫിലിപ്പിയർ, ഫിലെമോൻ, 1, 2 തിമൊഥെയൊസ്, തീത്തൊസ് എന്നീ ബൈബിൾ പുസ്തകങ്ങളെല്ലാം പൗലൊസ് റോമിൽ തടവുകാരനായിരിക്കെ എഴുതിയ കത്തുകളാണ്. ഇന്ന് ഈ എഴുത്തുകൾ ലോകമെമ്പാടുമുള്ള ക്രിസ്ത്യാനികൾക്കു വളരെ പ്രധാനപ്പെട്ടവയാണ്.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സുവിശേഷത്തിനുവേണ്ടി പൗലൊസ് അനേകം കഷ്ടതകൾ അനുഭവിച്ചു; എന്നാൽ കർത്താവിന്റെ സ്നേഹത്തിൽനിന്ന് നമ്മെ വേർപിരിക്കാൻ ഒന്നിനും കഴിയില്ലെന്ന് അവൻ സ്വയം അനുഭവിച്ചറിഞ്ഞു. </w:t>
      </w:r>
      <w:r>
        <w:rPr>
          <w:rFonts w:ascii="Nirmala UI" w:hAnsi="Nirmala UI" w:cs="Nirmala UI"/>
          <w:b/>
          <w:sz w:val="22"/>
        </w:rPr>
        <w:t xml:space="preserve">പാഠം 23-ലെ മനഃപാഠ വാക്യം ക്ലാസ്സ് മുഴുവൻ ആവർത്തിക്കട്ടെ. </w:t>
      </w:r>
      <w:r>
        <w:rPr>
          <w:rFonts w:ascii="Nirmala UI" w:hAnsi="Nirmala UI" w:cs="Nirmala UI"/>
          <w:b w:val="0"/>
          <w:sz w:val="22"/>
        </w:rPr>
        <w:t xml:space="preserve">റോമിൽ ഏകദേശം രണ്ടു വർഷം വീട്ടുതടങ്കലിൽ കഴിഞ്ഞശേഷം ക്രിസ്ത്യാനികൾ പീഡിപ്പിക്കപ്പെട്ടു. ജീവൻ നഷ്ടപ്പെട്ടവരിൽ ഒരാളായിരുന്നു പൗലൊസ്. ദൈവത്തിന്റെ വിശ്വസ്ത ദാസനെന്ന നിലയിൽ, തന്റെ കർത്താവായ യേശുവിനോടൊപ്പം എന്നേക്കും ജീവിക്കുമെന്ന് അവനറിയാമായിരുന്നു.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കർത്താവായ യേശുവിനെ തന്റെ രക്ഷകനായി സ്വീകരിക്കുകയും പരിശുദ്ധാത്മാവിന്റെ ശക്തിയിൽ ദൈവത്തെ വിശ്വസ്തതയോടെ സേവിക്കുകയും ചെയ്യുന്ന ഏവനും നിത്യജീവൻ എന്ന ദാനം ലഭിക്കുകയും പൗലൊസിനെപ്പോലെ എല്ലാ സാഹചര്യങ്ങളിലും സന്തോഷിക്കുകയും ചെയ്യാം.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24 – Paul in Rome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24 – Paul in Rome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