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അപകടത്തിൽ ദൈവത്തോടൊപ്പം</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പൗലൊസ് വലിയ അപകടത്തിലായിരുന്നപ്പോൾ ദൈവം അവനോടൊപ്പം ഉണ്ടായിരുന്നുവെന്നു കുട്ടികളെ പഠിപ്പിക്കുക. ദൈവം നമ്മോടും കൂടെയുണ്ട്, ഓരോ ചുവടിലും.</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27:1-44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റോമർ 8:38-39</w:t>
            </w:r>
          </w:p>
          <w:p>
            <w:pPr>
              <w:spacing w:after="40"/>
            </w:pPr>
            <w:r>
              <w:rPr>
                <w:rFonts w:ascii="Nirmala UI" w:hAnsi="Nirmala UI" w:cs="Nirmala UI"/>
                <w:b w:val="0"/>
                <w:i/>
                <w:sz w:val="22"/>
              </w:rPr>
              <w:t xml:space="preserve">… മരണത്തിനോ ജീവനോ … നമ്മുടെ കർത്താവായ ക്രിസ്തുയേശുവിലുള്ള ദൈവസ്നേഹത്തിൽനിന്നു നമ്മെ വേർപിരിക്കാൻ കഴിയുകയില്ലെന്നു ഞാൻ ഉറച്ചിരിക്കുന്നു.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നമ്മിൽ മിക്കവരും ജീവിതത്തിൽ ഏതെങ്കിലും ഒരു സമയത്ത് അപകടത്തിലായിട്ടുണ്ട്. നിങ്ങളുടെ സ്വന്തം ജീവിതത്തിൽനിന്ന് ഒരു ഉദാഹരണം നല്കുക. നാം ഭയപ്പെടുന്നു, എന്നാൽ കർത്താവ് എപ്പോഴും എല്ലാ സാഹചര്യത്തിലും നമ്മോടുകൂടെ ഇരിക്കുമെന്നു വാഗ്ദാനം ചെയ്തിരിക്കുന്നു.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പൗലൊസ് വലിയ അപകടത്തിലാകാൻ പോകുകയായിരുന്നു. പലസ്തീനിലെ കൈസര്യ പട്ടണത്തിൽനിന്ന് ഇറ്റലിയിലെ റോമിലേക്ക് അവനു കടൽമാർഗ്ഗം ഒരു നീണ്ട യാത്ര ചെയ്യേണ്ടിയിരുന്നു. ചക്രവർത്തിയുടെ മുമ്പാകെ വിചാരണയ്ക്കായാണ് അവൻ റോമിലേക്കു പോയിരുന്നത്.</w:t>
      </w:r>
    </w:p>
    <w:p>
      <w:pPr>
        <w:ind w:left="567"/>
      </w:pPr>
      <w:r>
        <w:rPr>
          <w:rFonts w:ascii="Nirmala UI" w:hAnsi="Nirmala UI" w:cs="Nirmala UI"/>
          <w:b w:val="0"/>
          <w:sz w:val="22"/>
        </w:rPr>
        <w:t xml:space="preserve">കാലാവസ്ഥ മോശമായിരുന്നിട്ടും യാത്ര തുടരാൻ കപ്പലിന്റെ ക്യാപ്റ്റൻ ആഗ്രഹിച്ചു. പൗലൊസിന്റെ മുന്നറിയിപ്പ് അവഗണിച്ച് അവൻ യാത്ര പുറപ്പെട്ടു (27:9-12).</w:t>
      </w:r>
    </w:p>
    <w:p>
      <w:pPr>
        <w:ind w:left="567"/>
      </w:pPr>
      <w:r>
        <w:rPr>
          <w:rFonts w:ascii="Nirmala UI" w:hAnsi="Nirmala UI" w:cs="Nirmala UI"/>
          <w:b/>
          <w:sz w:val="22"/>
        </w:rPr>
        <w:t xml:space="preserve">ശ്രദ്ധിക്കുക: </w:t>
      </w:r>
      <w:r>
        <w:rPr>
          <w:rFonts w:ascii="Nirmala UI" w:hAnsi="Nirmala UI" w:cs="Nirmala UI"/>
          <w:b w:val="0"/>
          <w:sz w:val="22"/>
        </w:rPr>
        <w:t xml:space="preserve">കൊടുങ്കാറ്റിന്റെ കഥ ബൈബിളിൽ വളരെ വ്യക്തമായി പറഞ്ഞിരിക്കുന്നു. </w:t>
      </w:r>
      <w:r>
        <w:rPr>
          <w:rFonts w:ascii="Nirmala UI" w:hAnsi="Nirmala UI" w:cs="Nirmala UI"/>
          <w:b/>
          <w:sz w:val="22"/>
        </w:rPr>
        <w:t xml:space="preserve">ക്ലാസ്സിനോട് സ്വന്തം വാക്കുകളിൽ പറയാൻ കഴിയേണ്ടതിന് 27:13-44 മുൻകൂട്ടി പല തവണ വായിക്കുക.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തുടക്കത്തിൽ എല്ലാം നന്നായി നടന്നു. പിന്നെ കാറ്റുകൾ വളരെ ശക്തമായി. ആ കൊടുങ്കാറ്റിൽ കപ്പൽ നിയന്ത്രിക്കുക അസാധ്യമായിരുന്നു (27:13-15).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ആദ്യം നാവികർ കപ്പലിനു താഴെയും മുകളിലുംകൂടി കയറുകൾ കടത്തി ഉറപ്പായി കെട്ടി. അങ്ങനെ കപ്പലിനെ ബലപ്പെടുത്താൻ അവർ പ്രതീക്ഷിച്ചു (27:17).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അടുത്തതായി കപ്പൽ ഭാരം കുറയ്ക്കാൻ അവർ ചരക്ക് കടലിലേക്ക് എറിഞ്ഞു. പിന്നെ കപ്പലിന്റെ ഉപകരണങ്ങളും (27:18-19). അവർ എത്ര നിരാശരായിരുന്നുവെന്ന് ഇത് കാണിക്കുന്നു; കാരണം കപ്പൽപ്പായകൾ യഥാസ്ഥാനത്ത് നീക്കാൻ ഉപയോഗിക്കുന്ന സാമഗ്രികളാണ് ഈ ഉപകരണങ്ങൾ.</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പല ദിവസങ്ങൾ ഇരുട്ട് വന്നപ്പോൾ തങ്ങൾ എല്ലാവരും മരിക്കാൻ പോകുകയാണെന്ന് എല്ലാവർക്കും ബോധ്യമായി (27:20).</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എന്നാൽ ധൈര്യം കൈവിടരുതെന്ന് പൗലൊസ് അവരോടു പറഞ്ഞു. അവർ ഭയപ്പെടേണ്ടതില്ലെന്ന് അവനു ദൈവത്തിൽനിന്ന് ഒരു സന്ദേശം ലഭിച്ചിരുന്നു. കപ്പൽ നഷ്ടപ്പെടുമെങ്കിലും അവരിൽ ആരും മരിക്കുകയില്ല (27:21-26).</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14 ദിവസത്തിനുശേഷം അവർ കരയ്ക്ക് അടുത്തെത്തി; നാവികർ രക്ഷപ്പെടാൻ ശ്രമിച്ചു. പൗലൊസ് അവരെ തടഞ്ഞു (27:27-32). ശക്തി സംഭരിക്കാൻ കുറച്ചു ഭക്ഷണം കഴിക്കാൻ പൗലൊസ് അവരെ പ്രേരിപ്പിക്കുകയും താനും അങ്ങനെ ചെയ്യുകയും ചെയ്തു. അവർ അവന്റെ മാതൃക പിന്തുടർന്നു (27:33-38).</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കപ്പൽ കരയ്ക്ക് അടുത്തെത്തിയപ്പോൾ അത് തകരാൻ തുടങ്ങി. </w:t>
      </w:r>
      <w:r>
        <w:rPr>
          <w:rFonts w:ascii="Nirmala UI" w:hAnsi="Nirmala UI" w:cs="Nirmala UI"/>
          <w:b/>
          <w:sz w:val="22"/>
        </w:rPr>
        <w:t xml:space="preserve">ചിത്രം 23 കാണിക്കുക. </w:t>
      </w:r>
      <w:r>
        <w:rPr>
          <w:rFonts w:ascii="Nirmala UI" w:hAnsi="Nirmala UI" w:cs="Nirmala UI"/>
          <w:b w:val="0"/>
          <w:sz w:val="22"/>
        </w:rPr>
        <w:t xml:space="preserve">നീന്താൻ അറിയാത്തവർപോലും കടലിൽ ചാടി. ചിലർ കപ്പലിൽനിന്ന് പൊട്ടിപ്പോയ കഷണങ്ങളിൽ പിടിച്ചുകിടന്നു. ദൈവം വാഗ്ദാനം ചെയ്തതുപോലെ ഏതെങ്കിലും വിധത്തിൽ എല്ലാവരും സുരക്ഷിതമായി കരയിലെത്തി (27:39-44).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പൗലൊസ് അകപ്പെട്ട അപകടം ദൈവം നീക്കിയില്ല, എന്നാൽ ദൈവം അവന്റെ അരികിൽത്തന്നെ ഉണ്ടായിരുന്നു. ചിലപ്പോൾ ദൈവം അപകടം നീക്കുന്നു, മറ്റു ചിലപ്പോൾ നീക്കുന്നില്ല. എന്നിരുന്നാലും ഏതു സാഹചര്യമായാലും ദൈവം എപ്പോഴും നമ്മോടുകൂടെ ഉണ്ട്. മനഃപാഠ വാക്യം പറയുന്നതുപോലെ, അവനിൽ ആശ്രയിക്കുന്നവരിൽനിന്ന് ദൈവത്തിന്റെ സ്നേഹം എടുത്തുകളയാൻ ഒന്നിനും കഴിയില്ല.</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With God in Danger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With God in Danger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