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22</w:t>
      </w:r>
    </w:p>
    <w:p>
      <w:pPr>
        <w:keepNext/>
        <w:spacing w:after="40"/>
      </w:pPr>
      <w:r>
        <w:rPr>
          <w:rFonts w:ascii="Nirmala UI" w:hAnsi="Nirmala UI" w:cs="Nirmala UI"/>
          <w:b/>
          <w:color w:val="1F4E79"/>
          <w:sz w:val="52"/>
        </w:rPr>
        <w:t xml:space="preserve">രാജാക്കന്മാർക്കുള്ള സന്ദേശം</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ശക്തരായ ഭരണാധികാരികളോടും കർത്താവായ യേശുവിനെക്കുറിച്ചു സാക്ഷ്യം പറയാൻ പൗലൊസ് മടിച്ചില്ലെന്നു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25:13-27; 26:1-32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റോമർ 1:16</w:t>
            </w:r>
          </w:p>
          <w:p>
            <w:pPr>
              <w:spacing w:after="40"/>
            </w:pPr>
            <w:r>
              <w:rPr>
                <w:rFonts w:ascii="Nirmala UI" w:hAnsi="Nirmala UI" w:cs="Nirmala UI"/>
                <w:b w:val="0"/>
                <w:i/>
                <w:sz w:val="22"/>
              </w:rPr>
              <w:t xml:space="preserve">സുവിശേഷത്തെക്കുറിച്ചു ഞാൻ ലജ്ജിക്കുന്നില്ല; അത് വിശ്വസിക്കുന്ന എല്ലാവർക്കും രക്ഷ നല്കുന്ന ദൈവശക്തിയാകുന്നു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ഗവർണറോ പ്രസിഡന്റോ പോലുള്ള വളരെ പ്രധാനപ്പെട്ട ഒരാളെ നിങ്ങൾ കാണാൻ പോകുന്നുവെന്നു പറഞ്ഞാൽ നിങ്ങൾക്ക് എങ്ങനെ തോന്നും? നിങ്ങൾ എങ്ങനെ ഒരുങ്ങും?</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വിചാരണ കൂടാതെ പൗലൊസ് രണ്ടു വർഷം തടവിൽ കഴിഞ്ഞശേഷം, പൗലൊസിനെ തടവിലാക്കിയ ഗവർണറിൽനിന്ന് ഒരു പുതിയ റോമൻ ഗവർണർ ചുമതല ഏറ്റെടുത്തു. പുതിയ ഗവർണറായ ഫെസ്തൊസിന്, പൗലൊസിനെ കൊല്ലണമെന്ന് യഹൂദർ ആഗ്രഹിച്ചത് എന്തുകൊണ്ടാണെന്ന് അറിയണമായിരുന്നു. അവർ കൊന്ന യേശു വീണ്ടും ജീവിച്ചിരിക്കുന്നുവെന്ന് പൗലൊസ് പഠിപ്പിച്ചതുകൊണ്ടാണെന്ന് അവൻ കണ്ടെത്തി (പ്രവൃ 25:19). എന്നാൽ റോമൻ നിയമപ്രകാരം ഒരാളെ അവന്റെ മതവിശ്വാസങ്ങളുടെ പേരിൽ വധിക്കാൻ പാടില്ലായിരുന്നു.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പൗലൊസിനെ എന്തു ചെയ്യണമെന്ന് ഫെസ്തൊസിന് അറിയില്ലായിരുന്നു. അപ്പോൾ റോമാക്കാർ യഹൂദന്മാരുടെ രാജാവാക്കിയ അഗ്രിപ്പാ തന്റെ ഭാര്യ ബർന്നീക്കിയോടൊപ്പം ഫെസ്തൊസിനെ സന്ദർശിക്കാൻ വന്നു. ഫെസ്തൊസ് പൗലൊസിനെക്കുറിച്ച് അഗ്രിപ്പായുടെ ഉപദേശം ചോദിച്ചു. പൗലൊസിന് തനിക്കുവേണ്ടി പറയാനുള്ളത് ആദ്യം കേൾക്കണമെന്ന് അഗ്രിപ്പാ മറുപടി പറഞ്ഞു (25:14-22).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പൗലൊസിനെ അഗ്രിപ്പാ രാജാവിന്റെ മുമ്പിൽ കൊണ്ടുവന്നത് ഒരു മഹത്തായ അവസരമായിരുന്നു. </w:t>
      </w:r>
      <w:r>
        <w:rPr>
          <w:rFonts w:ascii="Nirmala UI" w:hAnsi="Nirmala UI" w:cs="Nirmala UI"/>
          <w:b/>
          <w:sz w:val="22"/>
        </w:rPr>
        <w:t xml:space="preserve">ചിത്രം 22 കാണിക്കുക. അവിടെ ആരെല്ലാം ഉണ്ടായിരുന്നുവെന്ന് വിവരിക്കുക (25:23). വ്യത്യസ്ത ആളുകളെയും ചങ്ങലകളിൽ കിടക്കുന്ന പൗലൊസിനെയും ചൂണ്ടിക്കാണിക്കുക.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ഗവർണറായ ഫെസ്തൊസ് പൗലൊസിനെ രാജാവിനു പരിചയപ്പെടുത്തി (25:24-27).</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പൗലൊസ് ആരെയും ഭയപ്പെട്ടില്ല. അവൻ രാജാവിനോട് മര്യാദയോടെ പെരുമാറി, എന്നാൽ യേശുക്രിസ്തുവിനെക്കുറിച്ചു സ്വതന്ത്രമായി സംസാരിച്ചു. </w:t>
      </w:r>
      <w:r>
        <w:rPr>
          <w:rFonts w:ascii="Nirmala UI" w:hAnsi="Nirmala UI" w:cs="Nirmala UI"/>
          <w:b/>
          <w:sz w:val="22"/>
        </w:rPr>
        <w:t xml:space="preserve">മനഃപാഠ വാക്യം ഉറക്കെ വായിക്കുക. </w:t>
      </w:r>
      <w:r>
        <w:rPr>
          <w:rFonts w:ascii="Nirmala UI" w:hAnsi="Nirmala UI" w:cs="Nirmala UI"/>
          <w:b w:val="0"/>
          <w:sz w:val="22"/>
        </w:rPr>
        <w:t xml:space="preserve">തന്നിൽ വിശ്വസിക്കുന്ന എല്ലാവരെയും രക്ഷിക്കാൻ യേശു വന്നു എന്ന സുവാർത്തയെക്കുറിച്ച് മിണ്ടാതിരിക്കാൻ ആർക്കും പൗലൊസിനെ ഭയപ്പെടുത്താൻ കഴിഞ്ഞില്ല.</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പൗലൊസ് രാജാവിനോടു തന്റെ സാക്ഷ്യം പറഞ്ഞു. അഗ്രിപ്പാ ഒരു യഹൂദനായിരുന്നതിനാൽ പ്രതീക്ഷിക്കപ്പെട്ട മിശിഹായെക്കുറിച്ച്, ദൈവം ലോകത്തിലേക്ക് അയയ്ക്കുമെന്നു വാഗ്ദാനം ചെയ്ത രക്ഷകനെക്കുറിച്ച്, അവൻ അറിഞ്ഞിരുന്നു (26:2-18).</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പൗലൊസ് തന്റെ വേലയെക്കുറിച്ചു സംസാരിക്കുകയും എല്ലായിടത്തുമുള്ള ആളുകളോടു സാക്ഷ്യം പറയുകയും ചെയ്തു (26:19-23).</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പൗലൊസിന്റെ സാക്ഷ്യം എല്ലാവർക്കും യേശുക്രിസ്തുവിനെ സ്വീകരിക്കാനുള്ള അവസരം നല്കി; എന്നാൽ പൗലൊസിനു ഭ്രാന്താണെന്ന് ഫെസ്തൊസ് കരുതി. അഗ്രിപ്പാ അല്പം താല്പര്യം കാണിച്ചെങ്കിലും ഒടുവിൽ അത് വിട്ടുകളഞ്ഞു. വിചാരണയുടെ ഫലമായി പൗലൊസ് റോമൻ സാമ്രാജ്യത്തിന്റെ തലസ്ഥാനമായ റോമിലേക്ക് ചക്രവർത്തിയുടെ മുമ്പാകെ വിചാരണയ്ക്കായി പോകേണ്ടിയിരുന്നു. അതായത് ലോകത്തിലെ ഏറ്റവും പ്രധാനപ്പെട്ട നഗരത്തിലേക്ക് അവൻ സുവിശേഷം കൊണ്ടുപോകും (26:24-32)!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സുവിശേഷം എല്ലാ ജനങ്ങൾക്കുമുള്ളതാണ്, അവർ ആരായാലും.</w:t>
      </w:r>
    </w:p>
    <w:p>
      <w:r>
        <w:rPr>
          <w:rFonts w:ascii="Nirmala UI" w:hAnsi="Nirmala UI" w:cs="Nirmala UI"/>
          <w:b w:val="0"/>
          <w:sz w:val="22"/>
        </w:rPr>
        <w:t xml:space="preserve">നമ്മുടെ രാജ്യത്ത് ശക്തമായ സ്ഥാനങ്ങൾ വഹിക്കുന്ന എല്ലാവർക്കുംവേണ്ടി ഇനി നമുക്കു കുറച്ചു സമയം പ്രാർത്ഥിക്കാം. യേശുക്രിസ്തുവിനെ സ്വീകരിച്ചിട്ടില്ലാത്ത ആ നേതാക്കളോടു സാക്ഷ്യം പറയാൻ ക്രിസ്ത്യാനികൾക്ക് അവസരങ്ങൾ ഉണ്ടാകട്ടെ എന്നു നമുക്കു പ്രാർത്ഥിക്കാം. തങ്ങളുടെ ക്രിസ്തീയ വിശ്വാസം നിമിത്തം കഷ്ടപ്പെടുന്നവർക്കുവേണ്ടിയും പ്രാർത്ഥിക്കുക.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A Message for Kings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A Message for Kings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