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പൗലൊസ് മരണത്തെ നേരിടുന്നു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പൗലൊസ് ഒരു ക്രിസ്ത്യാനിയായിരുന്നതിനാൽ മരണത്തെ ഭയപ്പെട്ടില്ലെന്നു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21:10-14, 17-40; 22:1-24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23:4</w:t>
            </w:r>
          </w:p>
          <w:p>
            <w:pPr>
              <w:spacing w:after="40"/>
            </w:pPr>
            <w:r>
              <w:rPr>
                <w:rFonts w:ascii="Nirmala UI" w:hAnsi="Nirmala UI" w:cs="Nirmala UI"/>
                <w:b w:val="0"/>
                <w:i/>
                <w:sz w:val="22"/>
              </w:rPr>
              <w:t xml:space="preserve">മരണനിഴലിന്റെ താഴ്വരയിൽകൂടി നടന്നാലും ഞാൻ ഒരു അനർത്ഥവും ഭയപ്പെടുകയില്ല; നീ എന്നോടുകൂടെ ഉണ്ടല്ലോ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നിങ്ങൾ എന്തിനെയാണു ഭയപ്പെടുന്നത്? തങ്ങൾ എന്തിനെയെങ്കിലും ഭയപ്പെടുന്നുവെന്നു പറയാൻ കുട്ടികൾ തയ്യാറായെന്നു വരില്ല; അതിനാൽ ചില നിർദ്ദേശങ്ങൾ തയ്യാറാക്കി വയ്ക്കുക, ഉദാഹരണത്തിന്: നിങ്ങൾക്ക് ഇരുട്ടിനെ ഭയമാണോ? നിങ്ങൾക്കു പാമ്പുകളെ ഭയമാണോ?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ഒരു മിഷനറി എന്ന നിലയിലുള്ള തന്റെ യാത്രകളിൽ പൗലൊസിന് അനേകം ബുദ്ധിമുട്ടുകളും പ്രശ്നങ്ങളും അനുഭവിക്കേണ്ടിവന്നു. ചിലപ്പോൾ അവന്റെ പ്രസംഗം നിമിത്തം അവനെ തടവിലാക്കുകയോ കോടതിയിൽ കൊണ്ടുപോകുകയോ ചെയ്തു. </w:t>
      </w:r>
      <w:r>
        <w:rPr>
          <w:rFonts w:ascii="Nirmala UI" w:hAnsi="Nirmala UI" w:cs="Nirmala UI"/>
          <w:b/>
          <w:sz w:val="22"/>
        </w:rPr>
        <w:t xml:space="preserve">ചിത്രങ്ങൾ 18-ഉം 20-ഉം വീണ്ടും കാണിച്ച് സാഹചര്യങ്ങൾ കുട്ടികളെ ഓർമ്മിപ്പിക്കുക.</w:t>
      </w:r>
    </w:p>
    <w:p>
      <w:pPr>
        <w:ind w:left="567"/>
      </w:pPr>
      <w:r>
        <w:rPr>
          <w:rFonts w:ascii="Nirmala UI" w:hAnsi="Nirmala UI" w:cs="Nirmala UI"/>
          <w:b w:val="0"/>
          <w:sz w:val="22"/>
        </w:rPr>
        <w:t xml:space="preserve">ആദിമസഭയുടെ ആസ്ഥാനമായ യെരൂശലേമിലേക്കു മടങ്ങാൻ പൗലൊസ് ആഗ്രഹിച്ചു. അവിടേക്കു പോകരുതെന്ന് ചില ക്രിസ്ത്യാനികൾ അവനോട് അപേക്ഷിച്ചു. യെരൂശലേമിലെ യഹൂദർ അവനെ കൊല്ലുമെന്ന് അവർ ഭയപ്പെട്ടു. യേശുവിന്റെ അനുയായികളെ വെറുത്തിരുന്ന പൗലൊസ് അവരിൽ ഒരാളായി മാറിയതിൽ യഹൂദ മതനേതാക്കൾ അപ്പോഴും വളരെ കോപിച്ചിരുന്നു. യേശുവിനെക്കുറിച്ചുള്ള സുവാർത്തയ്ക്കുവേണ്ടി മരിക്കാൻ തനിക്കു ഭയമില്ലെന്ന് പൗലൊസ് പറഞ്ഞു (പ്രവൃ 21:12-13).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യെരൂശലേമിലെ ക്രിസ്ത്യാനികൾ പൗലൊസിനെ ഊഷ്മളമായി സ്വാഗതം ചെയ്തു, എന്നാൽ ദൈവാലയത്തിനു പുറത്തുള്ള തെരുവിൽവച്ച് യഹൂദർ അവനെ കൊല്ലാൻ ശ്രമിച്ചു. അത് ഒരു ലഹളയ്ക്കു കാരണമായി (21:17, 27-28, 31).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ലഹള തടയാൻ റോമൻ പടയാളികൾ എത്തി. അവർ പൗലൊസിനെ ജനക്കൂട്ടത്തിൽനിന്നു രക്ഷിച്ചു, എന്നാൽ ലഹള ഉണ്ടാക്കിയതിന് അവനെ അറസ്റ്റ് ചെയ്തു. </w:t>
      </w:r>
      <w:r>
        <w:rPr>
          <w:rFonts w:ascii="Nirmala UI" w:hAnsi="Nirmala UI" w:cs="Nirmala UI"/>
          <w:b/>
          <w:sz w:val="22"/>
        </w:rPr>
        <w:t xml:space="preserve">21:31-36-ലെ രംഗം സ്വന്തം വാക്കുകളിൽ വിവരിക്കുക.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അവനെ പൂട്ടിയിടുന്നതിനു മുമ്പ് ജനങ്ങളോടു പ്രസംഗിക്കാൻ പൗലൊസ് അനുമതി നേടി (21:37, 39-40). </w:t>
      </w:r>
      <w:r>
        <w:rPr>
          <w:rFonts w:ascii="Nirmala UI" w:hAnsi="Nirmala UI" w:cs="Nirmala UI"/>
          <w:b/>
          <w:sz w:val="22"/>
        </w:rPr>
        <w:t xml:space="preserve">ചിത്രം 21 കാണിക്കുക. </w:t>
      </w:r>
      <w:r>
        <w:rPr>
          <w:rFonts w:ascii="Nirmala UI" w:hAnsi="Nirmala UI" w:cs="Nirmala UI"/>
          <w:b w:val="0"/>
          <w:sz w:val="22"/>
        </w:rPr>
        <w:t xml:space="preserve">കോപിച്ച യഹൂദരിൽനിന്ന് അവനെ സുരക്ഷിതനായി സൂക്ഷിക്കാൻ പടയാളികൾ ചുറ്റും നിൽക്കേണ്ടിവന്നെങ്കിലും ദൈവം തന്നെക്കൊണ്ടു പറയിക്കാൻ ആഗ്രഹിച്ചത് പറയാൻ അവൻ ഭയപ്പെട്ടില്ല.</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പൗലൊസ് തന്റെ സാക്ഷ്യം പറഞ്ഞു: യേശു അവനെ കണ്ടുമുട്ടി അവന്റെ ജീവിതം മുഴുവൻ മാറ്റുന്നതുവരെ ക്രിസ്ത്യാനികളെ പീഡിപ്പിച്ച ഒരു വളരെ മതഭക്തനായ യഹൂദനായിരുന്നു അവൻ (22:3-16). ചിത്രം 13 കാണിക്കുക.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ജാതികളുമായി സുവിശേഷം പങ്കുവയ്ക്കുക എന്ന ദൈവത്തിന്റെ കല്പന താൻ അനുസരിക്കുകയാണെന്ന് പൗലൊസ് പറഞ്ഞപ്പോൾ ജനക്കൂട്ടം പിന്നെ കേൾക്കാൻ വിസമ്മതിച്ചു. പൗലൊസിനെ വധിക്കണമെന്ന് അവർ ആവശ്യപ്പെട്ടു (22:21-23).</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യേശുവിലുള്ള രക്ഷയുടെ സന്ദേശത്തിനുവേണ്ടി മരിക്കാൻ പൗലൊസ് ഭയപ്പെട്ടില്ല. എന്നാൽ ജനങ്ങളിൽനിന്ന് അവനെ രക്ഷിക്കാൻ റോമൻ പടയാളികൾ അവനെ തടവിലാക്കി (22:23-24a).</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വിശ്വസ്തർക്ക് മരണം അവസാനമല്ല, കർത്താവിനോടൊപ്പമുള്ള ഒരു പുതിയ ജീവിതത്തിന്റെ തുടക്കമാണെന്ന് പൗലൊസ് അറിഞ്ഞിരുന്നതിനാൽ അവൻ മരണത്തെ ഭയപ്പെട്ടില്ല. യേശുക്രിസ്തുവിനോടൊപ്പം നിത്യത ചെലവഴിക്കുന്നതിന്റെ പ്രതിഫലത്തെക്കാൾ വലിയ ഒരു കഷ്ടപ്പാടും ഈ ജീവിതത്തിലില്ല (2 തിമൊ 4:8).</w:t>
      </w:r>
    </w:p>
    <w:p>
      <w:r>
        <w:rPr>
          <w:rFonts w:ascii="Nirmala UI" w:hAnsi="Nirmala UI" w:cs="Nirmala UI"/>
          <w:b w:val="0"/>
          <w:sz w:val="22"/>
        </w:rPr>
        <w:t xml:space="preserve">ഉഗാണ്ടയിലെ ഒരു ചെറുപ്പക്കാരനെ വിമതർ അറസ്റ്റ് ചെയ്തു. അവനെയും മറ്റ് പല പുരുഷന്മാരെയും വെടിവച്ചു കൊല്ലാൻ ഒരുങ്ങുകയായിരുന്നു. യേശുവിനെ തന്റെ രക്ഷകനായി സ്വീകരിക്കാനും പാപമോചനം ചോദിക്കാനും ഇപ്പോൾ വൈകിപ്പോയോ എന്ന് അവൻ തന്റെ അടുത്തുള്ള മനുഷ്യനോടു ചോദിച്ചു. ഇല്ല, എന്ന് അവനോടു പറഞ്ഞു. അങ്ങനെ പടയാളികൾ വെടിവയ്ക്കാൻ ഒരുങ്ങുമ്പോൾ അവൻ തന്നെത്തന്നെ യേശുവിനു സമർപ്പിച്ചു. അവൻ പിന്നെ മരിക്കാൻ ഭയപ്പെട്ടില്ല. നാം യേശുവിൽ ആശ്രയിക്കുമ്പോൾ അവൻ നമ്മുടെ ഭയം നീക്കുന്നു. എന്നാൽ പടയാളികൾ വെടിവച്ചപ്പോൾ ആ ചെറുപ്പക്കാരൻ കൊല്ലപ്പെട്ടില്ല! അവൻ യേശുവിനെ അനുഗമിക്കാനും തന്റെ സാക്ഷ്യം മറ്റുള്ളവരുമായി പങ്കുവയ്ക്കാനും ജീവിച്ചു.</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Paul Faces Death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Paul Faces Death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