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20</w:t>
      </w:r>
    </w:p>
    <w:p>
      <w:pPr>
        <w:keepNext/>
        <w:spacing w:after="40"/>
      </w:pPr>
      <w:r>
        <w:rPr>
          <w:rFonts w:ascii="Nirmala UI" w:hAnsi="Nirmala UI" w:cs="Nirmala UI"/>
          <w:b/>
          <w:color w:val="1F4E79"/>
          <w:sz w:val="52"/>
        </w:rPr>
        <w:t xml:space="preserve">കൊരിന്തിലെ സംഘർഷം</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8: പരിശുദ്ധാത്മാവിന്റെ പ്രവൃത്തികൾ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എതിർപ്പ് നേരിടുമ്പോഴും യേശുവിനുവേണ്ടി സാക്ഷ്യം പറഞ്ഞുകൊണ്ടിരിക്കാൻ കുട്ടികളെ പ്രോത്സാഹിപ്പിക്കുക.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അപ്പൊ. പ്രവൃത്തികൾ 18:1-17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അപ്പൊ. പ്രവൃത്തികൾ 18:9-10a</w:t>
            </w:r>
          </w:p>
          <w:p>
            <w:pPr>
              <w:spacing w:after="40"/>
            </w:pPr>
            <w:r>
              <w:rPr>
                <w:rFonts w:ascii="Nirmala UI" w:hAnsi="Nirmala UI" w:cs="Nirmala UI"/>
                <w:b w:val="0"/>
                <w:i/>
                <w:sz w:val="22"/>
              </w:rPr>
              <w:t xml:space="preserve">“ഭയപ്പെടരുത്; സംസാരിച്ചുകൊണ്ടിരിക്കുക, മിണ്ടാതിരിക്കരുത്. ഞാൻ നിന്നോടുകൂടെ ഉണ്ട്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സുഹൃത്തുക്കളെ കാണുമ്പോൾ നിങ്ങൾ എന്തിനെക്കുറിച്ച് സംസാരിക്കാൻ ഇഷ്ടപ്പെടുന്നു? </w:t>
      </w:r>
      <w:r>
        <w:rPr>
          <w:rFonts w:ascii="Nirmala UI" w:hAnsi="Nirmala UI" w:cs="Nirmala UI"/>
          <w:b/>
          <w:sz w:val="22"/>
        </w:rPr>
        <w:t xml:space="preserve">അവർ ഉടനെ ഉത്തരം പറയുന്നില്ലെങ്കിൽ അവരെ ചിന്തിപ്പിക്കാൻ ചില നിർദ്ദേശങ്ങൾ തയ്യാറാക്കി വയ്ക്കുക. </w:t>
      </w:r>
      <w:r>
        <w:rPr>
          <w:rFonts w:ascii="Nirmala UI" w:hAnsi="Nirmala UI" w:cs="Nirmala UI"/>
          <w:b w:val="0"/>
          <w:sz w:val="22"/>
        </w:rPr>
        <w:t xml:space="preserve">നിങ്ങൾ വീട്ടിലോ സുഹൃത്തുക്കളുടെ ഇടയിലോ യേശുവിനെക്കുറിച്ച് സംസാരിക്കാറുണ്ടോ, അല്ലെങ്കിൽ ഞായറാഴ്ച സ്കൂളിൽ കേൾക്കുന്ന കഥകൾ പറയാറുണ്ടോ?</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പൗലൊസ് യേശുവിനെക്കുറിച്ചു സംസാരിക്കാൻ ഇഷ്ടപ്പെട്ടു. കൊരിന്ത് നഗരത്തിൽ തന്നോടൊപ്പം പ്രവർത്തിച്ചിരുന്ന സുഹൃത്തുക്കളോട് അവൻ പലപ്പോഴും യേശുവിനെക്കുറിച്ചു സംസാരിച്ചു (18:2-3).</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സ്വന്തം ഗോത്രക്കാരായ യഹൂദരോട് അവൻ തന്റെ വിശ്വാസത്തെക്കുറിച്ചു ചർച്ച ചെയ്തു. എന്നാൽ അവരിൽ മിക്കവരും മിശിഹായായ യേശുവിനെക്കുറിച്ചു കേൾക്കാൻ ആഗ്രഹിച്ചില്ല. (മിശിഹാ എന്നത് “രക്ഷകൻ” എന്നർത്ഥമുള്ള ഒരു എബ്രായ പദമാണ്.) അതിനാൽ പൗലൊസ് അവരുടെ സിനഗോഗ് വിട്ട് കൊരിന്തിലെ ജാതികളോട് സുവാർത്ത പങ്കുവയ്ക്കാൻ പോയി. ഒരു മതഭക്തനായ യഹൂദനും ചെയ്യാത്ത കാര്യമായ ഒരു ജാതിയുടെ വീട്ടിൽ താമസിക്കാൻപോലും അവൻ പോയി (18:5-7).</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യഹൂദർ പൗലൊസിന്റെ സന്ദേശം തള്ളിക്കളഞ്ഞതു മാത്രമല്ല, അവനെ സജീവമായി എതിർക്കുകയും അവനെ അധിക്ഷേപിക്കുകപോലും ചെയ്തു. എന്നിട്ടും ചിലർ യേശുവിനെ തങ്ങളുടെ രക്ഷകനായി സ്വീകരിച്ചു. ക്രിസ്ത്യാനികളായവരിൽ അവരുടെ ഏറ്റവും പ്രധാനപ്പെട്ട മതനേതാവും അവന്റെ വീട്ടുകാർ മുഴുവനും ഉണ്ടായിരുന്നു. ഇത് മറ്റു യഹൂദരെ പൗലൊസിനോട് കൂടുതൽ കോപിപ്പിച്ചു (18:8).</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ഒരു രാത്രി പൗലൊസിന് ഒരു ദർശനം ഉണ്ടായി; അതിൽ യേശു അവനോടു സംസാരിച്ച് സാക്ഷ്യം പറഞ്ഞുകൊണ്ടിരിക്കാൻ അവനെ പ്രോത്സാഹിപ്പിച്ചു. </w:t>
      </w:r>
      <w:r>
        <w:rPr>
          <w:rFonts w:ascii="Nirmala UI" w:hAnsi="Nirmala UI" w:cs="Nirmala UI"/>
          <w:b/>
          <w:sz w:val="22"/>
        </w:rPr>
        <w:t xml:space="preserve">മനഃപാഠ വാക്യം ഉറക്കെ വായിക്കുക (18:9-10).</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എതിർപ്പ് നേരിട്ടെങ്കിലും പൗലൊസ് കൊരിന്തിൽ ഒരു വർഷത്തിലധികം താമസിച്ച് ആളുകളോട് യേശുവിനെക്കുറിച്ചു പറഞ്ഞുകൊണ്ടിരുന്നു (18:11).</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യഹൂദർക്ക് വളരെ കോപം വന്നതിനാൽ കൊരിന്ത് തലസ്ഥാന നഗരമായ പ്രവിശ്യയിലെ റോമൻ ഭരണാധികാരിയുടെ മുമ്പാകെ അവർ പൗലൊസിനെ കൊണ്ടുപോയി. </w:t>
      </w:r>
      <w:r>
        <w:rPr>
          <w:rFonts w:ascii="Nirmala UI" w:hAnsi="Nirmala UI" w:cs="Nirmala UI"/>
          <w:b/>
          <w:sz w:val="22"/>
        </w:rPr>
        <w:t xml:space="preserve">ചിത്രം 20 കാണിക്കുക. </w:t>
      </w:r>
      <w:r>
        <w:rPr>
          <w:rFonts w:ascii="Nirmala UI" w:hAnsi="Nirmala UI" w:cs="Nirmala UI"/>
          <w:b w:val="0"/>
          <w:sz w:val="22"/>
        </w:rPr>
        <w:t xml:space="preserve">യഹൂദ നിയമത്തിനു വിരുദ്ധമായ ആരാധനാ രീതികൾ പൗലൊസ് ജനങ്ങളെ പഠിപ്പിക്കുന്നുവെന്ന് അവർ കുറ്റപ്പെടുത്തി (18:12-13).</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പ്രവിശ്യയുടെ ഭരണാധികാരി അത്തരമൊരു കേസ് കേൾക്കാൻ വിസമ്മതിച്ച് അവരെ പറഞ്ഞയച്ചു; അതിനാൽ പൗലൊസിനു ഒരു ഉപദ്രവവും ഉണ്ടായില്ല. എന്നാൽ ക്രിസ്ത്യാനിയായിത്തീർന്ന അവരുടെ മുൻ മതനേതാവിനെ യഹൂദർ ആക്രമിച്ച് മർദ്ദിച്ചു (18:14-17).</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sz w:val="22"/>
        </w:rPr>
        <w:t xml:space="preserve">പൗലൊസ് കർത്താവായ യേശുവിനെ അനുസരിച്ചു; അവനെക്കുറിച്ചു മിണ്ടാതിരുന്നില്ല. </w:t>
      </w:r>
      <w:r>
        <w:rPr>
          <w:rFonts w:ascii="Nirmala UI" w:hAnsi="Nirmala UI" w:cs="Nirmala UI"/>
          <w:b/>
          <w:sz w:val="22"/>
        </w:rPr>
        <w:t xml:space="preserve">മനഃപാഠ വാക്യം വീണ്ടും വായിക്കുക. </w:t>
      </w:r>
      <w:r>
        <w:rPr>
          <w:rFonts w:ascii="Nirmala UI" w:hAnsi="Nirmala UI" w:cs="Nirmala UI"/>
          <w:b w:val="0"/>
          <w:sz w:val="22"/>
        </w:rPr>
        <w:t xml:space="preserve">കർത്താവ് യഥാർത്ഥത്തിൽ പൗലൊസിനോടുകൂടെ ഉണ്ടായിരുന്നു.</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നാം യേശുവിനെക്കുറിച്ചു മിണ്ടാതിരിക്കാതെ സുവാർത്ത പങ്കുവയ്ക്കണം. കർത്താവ് നമ്മോടുകൂടെ ഇരിക്കുമെന്നും വാഗ്ദാനം ചെയ്തിട്ടുണ്ട്. അവനിൽ വിശ്വസിക്കുന്നവർ അവന്റെ പരിശുദ്ധാത്മാവിനാൽ നിറയപ്പെടുന്നു. </w:t>
      </w:r>
      <w:r>
        <w:rPr>
          <w:rFonts w:ascii="Nirmala UI" w:hAnsi="Nirmala UI" w:cs="Nirmala UI"/>
          <w:b/>
          <w:sz w:val="22"/>
        </w:rPr>
        <w:t xml:space="preserve">എതിർപ്പ് നേരിടേണ്ടിവന്നപ്പോഴും യേശുവിനുവേണ്ടി സാക്ഷ്യം പറഞ്ഞുകൊണ്ടിരുന്ന ഒരാളെക്കുറിച്ച് ഇക്കാലത്തെ ഒരു യഥാർത്ഥ കഥ പങ്കുവയ്ക്കാൻ നിങ്ങൾക്കു കഴിഞ്ഞാൽ ഈ പാഠത്തിന് കൂടുതൽ അർത്ഥമുണ്ടാകും.</w:t>
      </w:r>
    </w:p>
    <w:p>
      <w:r>
        <w:rPr>
          <w:rFonts w:ascii="Nirmala UI" w:hAnsi="Nirmala UI" w:cs="Nirmala UI"/>
          <w:b w:val="0"/>
          <w:sz w:val="22"/>
        </w:rPr>
        <w:t xml:space="preserve">ജോൺ ഒരു സുവിശേഷകനാണ്. ഒരു ദിവസം അവനും മറ്റു ചിലരും ആയുധധാരികളായ ആളുകളാൽ പിടിക്കപ്പെട്ട് അവർക്കുവേണ്ടി ഭാരം ചുമക്കാൻ നിർബന്ധിതരായി. കുറച്ചു കിലോമീറ്റർ കഴിഞ്ഞപ്പോൾ അവർ നിന്നു. ഇപ്പോൾ ആയുധധാരികളിൽ ഒരാളുടെ പ്രചാരണ പ്രസംഗം അവർക്കു കേൾക്കേണ്ടിവന്നു. അവസാനം നേതാവ് തടവുകാരോട് എന്തെങ്കിലും പറയാനുണ്ടോ എന്നു ചോദിച്ചു. എല്ലാവരും ഭയന്ന് ഒന്നും പറയാൻ കഴിയാതെ നിശ്ശബ്ദരായിരുന്നു – ജോൺ ഒഴികെ എല്ലാവരും. അവൻ തങ്ങളെ പിടിച്ചവരോടു പറഞ്ഞു: “ഈ രാജ്യത്തിന്റെ ഭാവിയെക്കുറിച്ച് നിങ്ങൾ എന്തു ചെയ്യാൻ ആഗ്രഹിക്കുന്നുവെന്ന് നിങ്ങൾ ഞങ്ങളോടു പറഞ്ഞു; എന്നാൽ നിങ്ങളുടെ വ്യക്തിപരമായ ഭാവിയെക്കുറിച്ച് നിങ്ങൾ ചിന്തിച്ചിട്ടുണ്ടോ? മരിക്കുമ്പോൾ നിങ്ങൾ എവിടേക്കു പോകുമെന്ന് നിങ്ങൾക്ക് അറിയാമോ?” ആയുധധാരികൾ കേട്ട് ജോൺ പറഞ്ഞതിനെക്കുറിച്ച് ചിന്തിക്കാമെന്നു പറഞ്ഞു. യേശുവിന്റെ ശക്തി അവനെ ബലപ്പെടുത്തിയതിനാലാണ് ജോണിനു സംസാരിക്കാൻ കഴിഞ്ഞത്. അവൻ മിണ്ടാതിരുന്നെങ്കിൽ ആ ആളുകൾ സുവിശേഷം കേൾക്കുമായിരുന്നില്ല.</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20 – Conflict in Corinth</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20 – Conflict in Corinth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