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19</w:t>
      </w:r>
    </w:p>
    <w:p>
      <w:pPr>
        <w:keepNext/>
        <w:spacing w:after="40"/>
      </w:pPr>
      <w:r>
        <w:rPr>
          <w:rFonts w:ascii="Nirmala UI" w:hAnsi="Nirmala UI" w:cs="Nirmala UI"/>
          <w:b/>
          <w:color w:val="1F4E79"/>
          <w:sz w:val="52"/>
        </w:rPr>
        <w:t xml:space="preserve">പൗലൊസും അറിയപ്പെടാത്ത ദൈവവും</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യേശുവിനെക്കുറിച്ച് ഒരിക്കലും കേട്ടിട്ടില്ലാത്ത ആളുകളോട് പൗലൊസ് എങ്ങനെ പ്രസംഗിച്ചുവെന്നു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17:16-34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അപ്പൊ. പ്രവൃത്തികൾ 17:30</w:t>
            </w:r>
          </w:p>
          <w:p>
            <w:pPr>
              <w:spacing w:after="40"/>
            </w:pPr>
            <w:r>
              <w:rPr>
                <w:rFonts w:ascii="Nirmala UI" w:hAnsi="Nirmala UI" w:cs="Nirmala UI"/>
                <w:b w:val="0"/>
                <w:i/>
                <w:sz w:val="22"/>
              </w:rPr>
              <w:t xml:space="preserve">[ദൈവം] എല്ലായിടത്തുമുള്ള സകല മനുഷ്യരും മാനസാന്തരപ്പെടണമെന്നു കല്പിക്കുന്നു.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മുമ്പൊരിക്കലും പോയിട്ടില്ലാത്ത ഒരു സ്ഥലത്തു സന്ദർശിക്കുമ്പോൾ നിങ്ങൾ എന്തു ചെയ്യും? അത് മറ്റൊരു പട്ടണമോ പ്രദേശമോ മറ്റാരുടെയെങ്കിലും വീടോ ആകാം. അതെ, നിങ്ങൾ ചുറ്റും നന്നായി നോക്കും, കാരണം എല്ലാം നിങ്ങൾക്കു പുതിയതാണ്.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പൗലൊസ് ആദ്യമായി ആഥൻസ് നഗരം സന്ദർശിച്ചപ്പോൾ ചെയ്തത് അതുതന്നെയാണ്. അത് അനേകം മനോഹരമായ കെട്ടിടങ്ങളുള്ള ഒരു വലിയതും പ്രധാനപ്പെട്ടതുമായ നഗരമായിരുന്നു. ചുറ്റും നടക്കുമ്പോൾ ആ കെട്ടിടങ്ങളിൽ പലതും ആരാധനാ സ്ഥലങ്ങളാണെന്ന് അവൻ ശ്രദ്ധിച്ചു. എന്നാൽ അവിടത്തെ നിവാസികൾ ലോഹമോ കല്ലോ കൊണ്ട് അവർ ഉണ്ടാക്കിയ വ്യാജദൈവങ്ങളായ വിഗ്രഹങ്ങളെ ആരാധിച്ചു. അതു കണ്ടപ്പോൾ പൗലൊസ് വളരെ ദുഃഖിതനായി (17:16). ആ ദൈവങ്ങളുടെ പ്രതിമകൾ മനോഹരമായ കലാസൃഷ്ടികളായിരിക്കാം, എന്നാൽ അവ നിർജ്ജീവമായിരുന്നു. ആരെയും സഹായിക്കാൻ അവയ്ക്കു ശക്തിയില്ലായിരുന്നു.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പൗലൊസ് എല്ലാ ദിവസവും സിനഗോഗിലും ചന്തസ്ഥലത്തും മറ്റ് പൊതുസ്ഥലങ്ങളിലും ആളുകളോടു പ്രസംഗിച്ചു. ആഥൻസുകാർ ആശയങ്ങൾ ചർച്ച ചെയ്യാൻ ഇഷ്ടപ്പെടുകയും പുതിയവയിൽ എപ്പോഴും താല്പര്യം കാണിക്കുകയും ചെയ്തിരുന്നതിനാൽ നഗരസഭയുടെ മുമ്പാകെ തന്റെ ഉപദേശങ്ങൾ വിശദീകരിക്കാൻ അവർ പൗലൊസിനോട് ആവശ്യപ്പെട്ടു (17:17-21).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ആഥൻസിലെ ജനങ്ങളെ വേദനിപ്പിക്കാനോ അപമാനിക്കാനോ പൗലൊസ് ആഗ്രഹിച്ചില്ല. അവരെ കർത്താവിനായി നേടാനാണ് അവൻ ആഗ്രഹിച്ചത്, അവരെ അകറ്റാനല്ല. അതുകൊണ്ട് സ്വന്തം കൈകൾകൊണ്ട് ഉണ്ടാക്കിയ ദൈവങ്ങളെ ആരാധിക്കുന്നത് എത്ര വിഡ്ഢിത്തമാണെന്ന് അവൻ പറഞ്ഞില്ല. പകരം, എല്ലാ ആരാധനാ വസ്തുക്കളും തങ്ങൾ വളരെ മതഭക്തരാണെന്ന് തനിക്കു കാണിച്ചുതരുന്നുവെന്ന് അവൻ പറഞ്ഞു. “അറിയപ്പെടാത്ത ദൈവത്തിന്” എന്നു പേരുള്ള ഒരു യാഗപീഠംപോലും താൻ കണ്ടെത്തിയെന്ന് അവൻ പറഞ്ഞു. ആ ദൈവത്തെക്കുറിച്ച് തനിക്ക് അവരോടു പറയാൻ കഴിയുമെന്ന് പൗലൊസ് പ്രഖ്യാപിച്ചു (17:22-23). </w:t>
      </w:r>
      <w:r>
        <w:rPr>
          <w:rFonts w:ascii="Nirmala UI" w:hAnsi="Nirmala UI" w:cs="Nirmala UI"/>
          <w:b/>
          <w:sz w:val="22"/>
        </w:rPr>
        <w:t xml:space="preserve">ചിത്രം 19 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പൗലൊസ് അവരെ പഠിപ്പിച്ചു: ദൈവം ലോകം മുഴുവന്റെയും സർവ്വമനുഷ്യരുടെയും സ്രഷ്ടാവാണ്. ദൈവത്തിന് ഈ ലോകത്തെക്കുറിച്ച് ഒരു പദ്ധതിയുണ്ട്, അവൻ നമ്മെ കരുതുന്നു. സത്യദൈവം ജീവിക്കുന്നവനാണ്; പൊന്നോ വെള്ളിയോ കല്ലോ കൊണ്ടുള്ള നിർജ്ജീവമായ ഏതെങ്കിലും വിഗ്രഹമല്ല. പാപത്തിനു പുറം തിരിഞ്ഞ് തന്നെ അനുഗമിക്കാത്തവരെ ദൈവം ന്യായംവിധിക്കും. നാം അവനെ വ്യക്തിപരമായി അറിയണമെന്ന് ദൈവം ആഗ്രഹിക്കുന്നു, അതിനാൽ അവൻ യേശുവിനെ നമ്മുടെ രക്ഷകനായി അയച്ചു. അവൻ യേശുവിനെ മരിച്ചവരിൽനിന്ന് ഉയിർപ്പിച്ചു (17:24-31).</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പൗലൊസ് പറഞ്ഞതു കേട്ട് ചിലർ പരിഹസിച്ചു, എന്നാൽ ആഥൻസുകാരിൽ കുറച്ചുപേർ വിശ്വസിച്ചു (17:32-34).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ആഫ്രിക്കയിലെ ഒരു ദ്വീപിൽനിന്നുള്ള ഒരാൾ ക്രിസ്തുമതത്തിലേക്കു പരിവർത്തനം ചെയ്തു. അവന്റെ ഭാര്യയുടെ മാതാപിതാക്കൾ വിഗ്രഹങ്ങളുടെ ഒരു ക്ഷേത്രത്തിന്റെ കാവൽക്കാരായിരുന്നു. വൃദ്ധനായ പിതാവിന് ഭാഗികമായി തളർവാതമുണ്ടായിരുന്നു; ഒരു വാഴപ്പഴത്തിന്റെ തൊലി ഉരിക്കാൻപോലും അദ്ദേഹത്തിന് രണ്ടു മണിക്കൂർ വേണ്ടിവന്നു. ചെറുപ്പക്കാർ കർത്താവായ യേശുവിനെക്കുറിച്ച് അവരോടു സാക്ഷ്യം പറഞ്ഞപ്പോൾ അവരും മാനസാന്തരപ്പെട്ടു. രണ്ടാഴ്ചയ്ക്കുള്ളിൽ പിതാവിന് വളരെയധികം സുഖം പ്രാപിച്ചതിനാൽ താൻ ആരാധിച്ചിരുന്ന വിഗ്രഹങ്ങൾ തകർക്കാൻ കൈകൾ ഉപയോഗിക്കാൻ അദ്ദേഹത്തിനു കഴിഞ്ഞു.</w:t>
      </w:r>
    </w:p>
    <w:p>
      <w:r>
        <w:rPr>
          <w:rFonts w:ascii="Nirmala UI" w:hAnsi="Nirmala UI" w:cs="Nirmala UI"/>
          <w:b w:val="0"/>
          <w:sz w:val="22"/>
        </w:rPr>
        <w:t xml:space="preserve">നമ്മുടെ ദൈവം ഒരു വിഗ്രഹത്തെപ്പോലെ നിർജ്ജീവനല്ല, ജീവനുള്ളവനാണ്. നാം അവനെ വ്യക്തിപരമായി അറിയണമെന്നും അവന്റെ ഇഷ്ടപ്രകാരം അവന്റെ സഹായം പ്രാപിക്കണമെന്നും ദൈവം ആഗ്രഹിക്കുന്നു.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19 – Paul and the Unknown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19 – Paul and the Unknown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