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18</w:t>
      </w:r>
    </w:p>
    <w:p>
      <w:pPr>
        <w:keepNext/>
        <w:spacing w:after="40"/>
      </w:pPr>
      <w:r>
        <w:rPr>
          <w:rFonts w:ascii="Nirmala UI" w:hAnsi="Nirmala UI" w:cs="Nirmala UI"/>
          <w:b/>
          <w:color w:val="1F4E79"/>
          <w:sz w:val="52"/>
        </w:rPr>
        <w:t xml:space="preserve">ഫിലിപ്പിയിൽ പൗലൊസും ശീലാസും കഷ്ടത്തിൽ</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പൗലൊസിനോടും ശീലാസിനോടും കൂടെ ഉണ്ടായിരുന്നതിനാൽ തടവിലെ ഒരു കഠിനകാലം വലിയ സന്തോഷത്തിന്റെ കാലമായി മാറിയെന്നു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16:12-34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പത്രൊസ് 4:16</w:t>
            </w:r>
          </w:p>
          <w:p>
            <w:pPr>
              <w:spacing w:after="40"/>
            </w:pPr>
            <w:r>
              <w:rPr>
                <w:rFonts w:ascii="Nirmala UI" w:hAnsi="Nirmala UI" w:cs="Nirmala UI"/>
                <w:b w:val="0"/>
                <w:i/>
                <w:sz w:val="22"/>
              </w:rPr>
              <w:t xml:space="preserve">[ക്രി]സ്ത്യാനിയായി കഷ്ടം അനുഭവിക്കുന്നെങ്കിൽ ലജ്ജിക്കരുത്; ആ നാമം ധരിക്കുന്നതിന് ദൈവത്തെ സ്തുതിക്കുക.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വ്യക്തിയുടെ ജീവിതത്തിലെ ഒരു മോശം ദിവസത്തെക്കുറിച്ച് ഒരു കഥ ഉണ്ടാക്കുക. നിർദ്ദേശം: </w:t>
      </w:r>
      <w:r>
        <w:rPr>
          <w:rFonts w:ascii="Nirmala UI" w:hAnsi="Nirmala UI" w:cs="Nirmala UI"/>
          <w:b w:val="0"/>
          <w:sz w:val="22"/>
        </w:rPr>
        <w:t xml:space="preserve">ഇരുട്ടായിരുന്നതിനാലും ഉണരാത്തതിനാലും മറിയ വൈകിയാണ് ഉണർന്നത്. അതുകൊണ്ട് അവൾ ജോലിക്കു വൈകി, അവളുടെ മേലധികാരി അവളോടു ദേഷ്യപ്പെട്ടു. പിന്നെ തിടുക്കത്തിൽ വീട്ടിൽനിന്ന് ഇറങ്ങിയതിനാൽ ഉച്ചഭക്ഷണം കൊണ്ടുവന്നിട്ടില്ലെന്ന് അവൾ മനസ്സിലാക്കി. അങ്ങനെ അത് തുടർന്നു; എല്ലാം തെറ്റായി.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പൗലൊസും കൂട്ടാളിയായ ശീലാസും ഫിലിപ്പിയിൽ എത്തിയപ്പോൾ തുടക്കത്തിൽ അവർക്കു വളരെ നല്ല സമയമായിരുന്നു; കാരണം ആളുകൾ സുവിശേഷം കേൾക്കാൻ ആഗ്രഹിച്ചു (പ്രവൃ 16:13-15).</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പിന്നെ കാര്യങ്ങൾ ബുദ്ധിമുട്ടായി. യേശുക്രിസ്തുവിന്റെ ശക്തിയാൽ പൗലൊസ് ഒരു അടിമപ്പെൺകുട്ടിയിൽനിന്ന് ഒരു ദുരാത്മാവിനെ പുറത്താക്കി. ഇത് അവളുടെ ഉടമസ്ഥരെ കോപിപ്പിച്ചു; കാരണം പെൺകുട്ടിയുടെ ഉള്ളിലെ ദുരാത്മാവിനെ ഉപയോഗിച്ച് അവർ തങ്ങൾക്കായി പണം സമ്പാദിച്ചിരുന്നു (16:16-19).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പൗലൊസിനോടും ശീലാസിനോടും മോശമായി പെരുമാറി, അവരെ തടവിലാക്കി (16:20-24).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അവർക്കു തങ്ങളെക്കുറിച്ചുതന്നെ സഹതാപം തോന്നാമായിരുന്നു; ദൈവത്തിന്റെ ഇഷ്ടം മാത്രം ചെയ്തിട്ടും അവൻ തങ്ങളെ സംരക്ഷിച്ചില്ലെന്ന് പരാതിപ്പെടാമായിരുന്നു. എന്നാൽ അതിനു പകരം പൗലൊസും ശീലാസും തടവറയിൽ ദൈവത്തിനു സ്തുതിഗീതങ്ങൾ പാടി (16:25)!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ഭൂകമ്പവും അതിന്റെ ഫലങ്ങളും വിവരിക്കുക (16:26-27). </w:t>
      </w:r>
      <w:r>
        <w:rPr>
          <w:rFonts w:ascii="Nirmala UI" w:hAnsi="Nirmala UI" w:cs="Nirmala UI"/>
          <w:b w:val="0"/>
          <w:sz w:val="22"/>
        </w:rPr>
        <w:t xml:space="preserve">എല്ലാ വാതിലുകളും തുറന്നു; എല്ലാ തടവുകാർക്കും രക്ഷപ്പെടാൻ സ്വാതന്ത്ര്യമായി. </w:t>
      </w:r>
      <w:r>
        <w:rPr>
          <w:rFonts w:ascii="Nirmala UI" w:hAnsi="Nirmala UI" w:cs="Nirmala UI"/>
          <w:b/>
          <w:sz w:val="22"/>
        </w:rPr>
        <w:t xml:space="preserve">ചിത്രം 18 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തടവുകാർ രക്ഷപ്പെട്ടാൽ അതിന് സ്വന്തം ജീവൻകൊണ്ടു വില കൊടുക്കേണ്ടിവരുമെന്നതിനാൽ കാരാഗൃഹപ്രമാണി ആത്മഹത്യ ചെയ്യാൻ ഒരുങ്ങി. എന്നാൽ പൗലൊസ് അവനെ തടഞ്ഞു (16:27-28).</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പൗലൊസിനും ശീലാസിനും സമാധാനത്തിന്റെയും സത്യത്തിന്റെയും ജീവിതത്തിലേക്കുള്ള വഴി അറിയാമെന്ന് കാരാഗൃഹപ്രമാണി തിരിച്ചറിഞ്ഞു; അതിനാൽ അവൻ ചോദിച്ചു: “രക്ഷ പ്രാപിക്കാൻ ഞാൻ എന്തു ചെയ്യണം?” അവർ അവനോട് യേശുവിനെക്കുറിച്ചുള്ള സുവാർത്ത പറഞ്ഞു (16:29-31).</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കാരാഗൃഹപ്രമാണി പൗലൊസിനെയും ശീലാസിനെയും തന്റെ വീട്ടിലേക്കു കൊണ്ടുപോയി അവരെ പരിചരിച്ചു. അവനും അവന്റെ വീട്ടുകാർ മുഴുവനും കർത്താവായ യേശുവിനെ സ്വീകരിച്ചു. എല്ലാവരും സന്തോഷം നിറഞ്ഞവരായി (16:32-34).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താഴെപ്പറയുന്ന കഥ യഥാർത്ഥത്തിൽ സംഭവിച്ചതാണ്.</w:t>
      </w:r>
    </w:p>
    <w:p>
      <w:r>
        <w:rPr>
          <w:rFonts w:ascii="Nirmala UI" w:hAnsi="Nirmala UI" w:cs="Nirmala UI"/>
          <w:b w:val="0"/>
          <w:sz w:val="22"/>
        </w:rPr>
        <w:t xml:space="preserve">ഒരു സ്ത്രീ ക്രിസ്ത്യാനിയായി; അവളുടെ ഭർത്താവ് ആയില്ല. അവൾ യേശുവിനെ അനുഗമിച്ചപ്പോൾ ഭർത്താവ് അവളെ വെറുക്കാൻ തുടങ്ങി. ഒരു ദിവസം അവളെയും അവരുടെ രണ്ടു മക്കളെയും കൊല്ലാൻ അവൻ തീരുമാനിച്ചു. അവളെ കൊല്ലാൻ അവനു ഒരു ഒഴികഴിവ് വേണമായിരുന്നു; അതിനാൽ വളരെ പ്രധാനപ്പെട്ട ചില താക്കോലുകൾ അവൾ കളഞ്ഞുവെന്ന് പറയാൻ അവൻ തീരുമാനിച്ചു. നൈൽ നദി കടക്കുമ്പോൾ അവൻ താക്കോലുകൾ വെള്ളത്തിൽ ഇട്ടു.</w:t>
      </w:r>
    </w:p>
    <w:p>
      <w:r>
        <w:rPr>
          <w:rFonts w:ascii="Nirmala UI" w:hAnsi="Nirmala UI" w:cs="Nirmala UI"/>
          <w:b w:val="0"/>
          <w:sz w:val="22"/>
        </w:rPr>
        <w:t xml:space="preserve">അന്നു പിന്നീട് അവന്റെ ഭാര്യ ചന്തയിൽനിന്ന് ഒരു വലിയ മീൻ വാങ്ങി. അതു മുറിച്ചപ്പോൾ അതിനുള്ളിൽ ചില താക്കോലുകൾ കണ്ട് അവൾ അത്ഭുതപ്പെട്ടു. അവ തന്റെ ഭർത്താവിന്റെ താക്കോലുകളാണെന്നു തിരിച്ചറിഞ്ഞപ്പോൾ അവൾ കൂടുതൽ അത്ഭുതപ്പെട്ടു! അവൻ അവ നദിയിൽ ഇട്ടപ്പോൾ മീൻ അവ വിഴുങ്ങിയിരുന്നു!</w:t>
      </w:r>
    </w:p>
    <w:p>
      <w:r>
        <w:rPr>
          <w:rFonts w:ascii="Nirmala UI" w:hAnsi="Nirmala UI" w:cs="Nirmala UI"/>
          <w:b w:val="0"/>
          <w:sz w:val="22"/>
        </w:rPr>
        <w:t xml:space="preserve">ആ വൈകുന്നേരം അവളുടെ ഭർത്താവ് നന്നായി മദ്യപിച്ച്, അവളെ കൊല്ലാൻ തയ്യാറായി വീട്ടിൽ വന്നു. അവൻ അലറി: “സ്ത്രീയേ, എന്റെ താക്കോലുകൾ എവിടെ?” അവൻ നദിയിൽ ഇട്ട താക്കോലുകൾ ഭാര്യ അവനു കൊടുത്തപ്പോൾ ആ മനുഷ്യൻ അത്രയ്ക്കു ഞെട്ടിപ്പോയതിനാൽ അവന്റെ ലഹരി പെട്ടെന്നു വിട്ടു. അവൻ ഭാര്യയോടു ക്ഷമ ചോദിക്കുകയും യേശുവിനെ തന്റെ കർത്താവും രക്ഷകനുമായി സ്വീകരിക്കുകയും ചെയ്തു.</w:t>
      </w:r>
    </w:p>
    <w:p>
      <w:r>
        <w:rPr>
          <w:rFonts w:ascii="Nirmala UI" w:hAnsi="Nirmala UI" w:cs="Nirmala UI"/>
          <w:b w:val="0"/>
          <w:sz w:val="22"/>
        </w:rPr>
        <w:t xml:space="preserve">ഭർത്താവ് അവളുടെ ജീവിതം വളരെ ദുഷ്കരമാക്കിയപ്പോഴും ആ സ്ത്രീ ക്രിസ്ത്യാനിയായി തുടർന്നു. തന്റെ ഭർത്താവും ക്രിസ്ത്യാനിയാകുന്നത് കാണുന്നതിന്റെ സന്തോഷം അവൾക്കുണ്ടായി. നമ്മുടെ വിശ്വാസമനുസരിച്ച് ജീവിക്കുന്നത് ജീവിതം ദുഷ്കരമാക്കുമ്പോഴും നാം ഉപേക്ഷിക്കരുത്.</w:t>
      </w:r>
    </w:p>
    <w:p>
      <w:r>
        <w:rPr>
          <w:rFonts w:ascii="Nirmala UI" w:hAnsi="Nirmala UI" w:cs="Nirmala UI"/>
          <w:b w:val="0"/>
          <w:sz w:val="22"/>
        </w:rPr>
        <w:t xml:space="preserve">പൗലൊസും ശീലാസും തടവറയിൽപോലും പ്രത്യാശിക്കുകയും സന്തോഷിക്കുകയും ചെയ്തുകൊണ്ടിരുന്നു.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18 – Paul and Silas in Trouble in Philippi</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18 – Paul and Silas in Trouble in Philippi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