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17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ദൈവം പൗലൊസിനെ നയിക്കുന്നു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8: പരിശുദ്ധാത്മാവിന്റെ പ്രവൃത്തികൾ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ദൈവം പൗലൊസിനെ നയിച്ചുവെന്നും സുവിശേഷം എവിടെ പ്രസംഗിക്കണമെന്ന് അവനോടു പറഞ്ഞുവെന്നും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അപ്പൊ. പ്രവൃത്തികൾ 16:6-10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സങ്കീർത്തനം 48:14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ഈ ദൈവം എന്നും എന്നേക്കും നമ്മുടെ ദൈവം; അവൻ അവസാനംവരെ നമ്മെ നയിക്കും.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 w:val="0"/>
          <w:sz w:val="22"/>
        </w:rPr>
        <w:t xml:space="preserve">നിങ്ങൾക്ക് അറിയാത്ത ഒരു സ്ഥലത്തു വരുമ്പോൾ വഴി കാണിക്കാൻ ഒരു വഴികാട്ടി ആവശ്യമാണ്. </w:t>
      </w:r>
      <w:r>
        <w:rPr>
          <w:rFonts w:ascii="Nirmala UI" w:hAnsi="Nirmala UI" w:cs="Nirmala UI"/>
          <w:b/>
          <w:sz w:val="22"/>
        </w:rPr>
        <w:t xml:space="preserve">നിങ്ങൾക്കോ നിങ്ങൾക്കറിയാവുന്ന ആർക്കെങ്കിലുമോ മാർഗ്ഗനിർദ്ദേശം ആവശ്യമായിരുന്ന ഒരു സന്ദർഭം വിവരിക്കുക.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യേശുക്രിസ്തുവിനെക്കുറിച്ചുള്ള സുവാർത്ത പ്രചരിപ്പിക്കാൻ പൗലൊസ് വിവിധ പട്ടണങ്ങളിലേക്കും രാജ്യങ്ങളിലേക്കും പല യാത്രകൾ നടത്തി. ഒരു യാത്രയിൽ അടുത്തതായി എവിടെ പോകണമെന്ന് അവനറിയില്ലായിരുന്നു. പല സ്ഥലങ്ങളെക്കുറിച്ചും അവൻ ചിന്തിച്ചിരുന്നു, എന്നാൽ എങ്ങനെയോ ദൈവം അവിടേക്കു പോകുന്നതിൽനിന്ന് അവനെ തടഞ്ഞു (പ്രവൃ 16:6-8). പൗലൊസ് എന്തു ചെയ്യണമായിരുന്നു? ദൈവം തന്നെ നയിക്കുമെന്ന് അവനറിയാമായിരുന്നു.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/>
          <w:sz w:val="22"/>
        </w:rPr>
        <w:t xml:space="preserve">ഒരു രാത്രി പൗലൊസിന് ദർശനം ഉണ്ടായത് വിവരിക്കുക (16:9). </w:t>
      </w:r>
      <w:r>
        <w:rPr>
          <w:rFonts w:ascii="Nirmala UI" w:hAnsi="Nirmala UI" w:cs="Nirmala UI"/>
          <w:b w:val="0"/>
          <w:sz w:val="22"/>
        </w:rPr>
        <w:t xml:space="preserve">അവൻ മക്കദോന്യയിൽ (നാം ഇപ്പോൾ ഗ്രീസ് എന്നു വിളിക്കുന്ന രാജ്യം) നിന്നുള്ള ഒരു മനുഷ്യനെ കണ്ടു. ആ മനുഷ്യന്റെ വസ്ത്രത്തിൽനിന്ന് അവൻ ആ പ്രദേശത്തുനിന്നുള്ളവനാണെന്ന് പൗലൊസിനു മനസ്സിലായി. </w:t>
      </w:r>
      <w:r>
        <w:rPr>
          <w:rFonts w:ascii="Nirmala UI" w:hAnsi="Nirmala UI" w:cs="Nirmala UI"/>
          <w:b/>
          <w:sz w:val="22"/>
        </w:rPr>
        <w:t xml:space="preserve">ചിത്രം 17 കാണിക്കുക. </w:t>
      </w:r>
      <w:r>
        <w:rPr>
          <w:rFonts w:ascii="Nirmala UI" w:hAnsi="Nirmala UI" w:cs="Nirmala UI"/>
          <w:b w:val="0"/>
          <w:sz w:val="22"/>
        </w:rPr>
        <w:t xml:space="preserve">വന്നു തങ്ങളെ സഹായിക്കാൻ ആ മക്കദോന്യക്കാരൻ പൗലൊസിനോട് അപേക്ഷിക്കുകയായിരുന്നു. “ചോദിക്കുക” എന്നതിന് ബൈബിൾ ഇവിടെ വളരെ ശക്തമായ ഒരു വാക്ക് ഉപയോഗിക്കുന്നു; ആ മനുഷ്യൻ പൗലൊസിനോടു യാചിച്ചു എന്ന് അതു പറയുന്നു.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സുവിശേഷം ഗ്രീസിലേക്കു കൊണ്ടുപോകണമെന്ന് ദൈവംതന്നെയാണ് തന്നോടു പറയുന്നതെന്നു പൗലൊസിന് അറിയാമായിരുന്നു. അടുത്തതായി അവനും കൂട്ടാളികളും കൃത്യമായി അതുതന്നെ ചെയ്തു (16:10).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ഇന്നും ദൈവം നമ്മെ നയിക്കുന്നു. സ്വപ്നങ്ങളിലൂടെയോ നമ്മുടെ സഭയിലൂടെയും ക്രിസ്തീയ സുഹൃത്തുക്കളിലൂടെയോ അവൻ നമുക്കു മാർഗ്ഗനിർദ്ദേശം നല്കിയേക്കാം. മിക്കപ്പോഴും ദൈവം നമ്മോടു സംസാരിക്കുന്നത് തന്റെ വചനമായ ബൈബിളിലൂടെയാണ്. നാം പ്രാർത്ഥിക്കുമ്പോൾ ആ സമയത്ത് ദൈവം നമ്മുടെ മനസ്സിൽ ഒരു ആശയം ഇട്ടുതന്നേക്കാം. നമ്മെ നയിക്കാൻ നാം ദൈവത്തോട് ആവശ്യപ്പെടുകയും, മനഃപാഠ വാക്യം വാഗ്ദാനം ചെയ്യുന്നതുപോലെ അവൻ നയിക്കുമെന്ന് ആശ്രയിക്കുകയും വേണം.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17 – God Guides Paul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17 – God Guides Paul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