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16</w:t>
      </w:r>
    </w:p>
    <w:p>
      <w:pPr>
        <w:keepNext/>
        <w:spacing w:after="40"/>
      </w:pPr>
      <w:r>
        <w:rPr>
          <w:rFonts w:ascii="Nirmala UI" w:hAnsi="Nirmala UI" w:cs="Nirmala UI"/>
          <w:b/>
          <w:color w:val="1F4E79"/>
          <w:sz w:val="52"/>
        </w:rPr>
        <w:t xml:space="preserve">മിഷനറി സന്ദേശം</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8: പരിശുദ്ധാത്മാവിന്റെ പ്രവൃത്തികൾ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പൗലൊസും ബർന്നബാസും യേശുക്രിസ്തുവിനെക്കുറിച്ച് എങ്ങനെ സാക്ഷ്യം പറഞ്ഞുവെന്നു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അപ്പൊ. പ്രവൃത്തികൾ 13:14-52</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അപ്പൊ. പ്രവൃത്തികൾ 13:38</w:t>
            </w:r>
          </w:p>
          <w:p>
            <w:pPr>
              <w:spacing w:after="40"/>
            </w:pPr>
            <w:r>
              <w:rPr>
                <w:rFonts w:ascii="Nirmala UI" w:hAnsi="Nirmala UI" w:cs="Nirmala UI"/>
                <w:b w:val="0"/>
                <w:i/>
                <w:sz w:val="22"/>
              </w:rPr>
              <w:t xml:space="preserve">… യേശു മുഖാന്തരം പാപമോചനം നിങ്ങൾക്ക് അറിയിക്കപ്പെടുന്നു എന്നു നിങ്ങൾ അറിയണമെന്നു ഞാൻ ആഗ്രഹിക്കുന്നു.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ചിലപ്പോൾ ആളുകൾ നമ്മോടു സംസാരിക്കുമ്പോൾ അവർ പറയുന്നത് കേൾക്കാൻ നാം അത്രയേറെ ആകാംക്ഷയുള്ളവരായതിനാൽ വളരെ ശ്രദ്ധയോടെ കേൾക്കുന്നു. മറ്റു ചിലപ്പോൾ നമുക്കു താല്പര്യമില്ലാത്തതിനാൽ അവരുടെ വാക്കുകൾക്കു നാം ചെവി അടയ്ക്കുന്നു; നാം അവ കേൾക്കുന്നു, എന്നാൽ യഥാർത്ഥത്തിൽ ശ്രദ്ധിക്കുന്നില്ല.</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sz w:val="22"/>
        </w:rPr>
        <w:t xml:space="preserve">ചിത്രം 16 കാണിക്കുക. </w:t>
      </w:r>
      <w:r>
        <w:rPr>
          <w:rFonts w:ascii="Nirmala UI" w:hAnsi="Nirmala UI" w:cs="Nirmala UI"/>
          <w:b w:val="0"/>
          <w:sz w:val="22"/>
        </w:rPr>
        <w:t xml:space="preserve">പൗലൊസിനെയും ബർന്നബാസിനെയും അവരുടെ പ്രാദേശിക സഭ എല്ലായിടത്തും സഞ്ചരിച്ച് ആളുകളോടു യേശുവിനെക്കുറിച്ചു പറയാൻ അയച്ചു. ഒരു പുതിയ പട്ടണത്തിൽ എത്തുമ്പോഴെല്ലാം അവർ ആദ്യം സിനഗോഗിൽ പോകുമായിരുന്നു (13:14). യഹൂദവിശ്വാസികളുടെ ആരാധനയുടെയും പ്രാർത്ഥനയുടെയും സ്ഥലമാണ് സിനഗോഗ്, ഓർക്കുന്നില്ലേ?</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അവർ എത്തിച്ചേർന്ന നഗരങ്ങളിലൊന്നിനും അന്ത്യൊക്യ എന്നുതന്നെയായിരുന്നു പേര്; എന്നാൽ അവർ മിഷനറി യാത്ര പുറപ്പെട്ട അന്ത്യൊക്യയിൽനിന്ന് ലോകത്തിന്റെ മറ്റൊരു ഭാഗത്തായിരുന്നു അത്. ഒരു സന്ദർശകനെന്ന നിലയിൽ സിനഗോഗിലെ ആഴ്ചതോറുമുള്ള യോഗത്തിനു വന്ന ആളുകളോടു സംസാരിക്കാൻ പൗലൊസിനെ ക്ഷണിച്ചു. യഹൂദരും യഹൂദവിശ്വാസം സ്വീകരിച്ച ജാതികളും അവിടെ ഉണ്ടായിരുന്നു (13:15-16).</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പൗലൊസ് ആളുകളെ ഇങ്ങനെ പഠിപ്പിച്ചു: ഇസ്രായേലിന്റെ ദൈവം നമ്മുടെ പിതാക്കന്മാരെ (അബ്രാഹാം, യിസ്ഹാക്ക്, യാക്കോബ്) തിരഞ്ഞെടുക്കുകയും അവരെ ഒരു വലിയ ജനമാക്കുകയും ചെയ്തു. അവരുടെ ഇടയിലെ പ്രവാചകന്മാരും ഉപദേഷ്ടാക്കളും വരാനിരിക്കുന്നവനും അവരെ രക്ഷിക്കുന്നവനുമായ ഒരുവനെക്കുറിച്ച് വർഷങ്ങളോളം സംസാരിച്ചു. കാത്തിരിപ്പ് അവസാനിച്ചു, രക്ഷകൻ വന്നിരിക്കുന്നു. അവൻ കർത്താവായ യേശുക്രിസ്തുവാണ്. എന്നാൽ യേശു ആരാണെന്ന് യഹൂദർ തിരിച്ചറിഞ്ഞില്ല (13:17-27).</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പിന്നെ പൗലൊസ് യേശുവിനെക്കുറിച്ചുള്ള സുവാർത്ത അറിയിച്ചു. യേശു ഒരു തെറ്റും ചെയ്തിരുന്നില്ല, എന്നിട്ടും അവനെ കൊന്നു. എന്നാൽ ദൈവം അവനെ മരിച്ചവരിൽനിന്ന് ഉയിർപ്പിച്ചു. അവൻ ജീവിച്ചിരിക്കുന്നു, ഇനി ഒരിക്കലും മരിക്കയില്ല. യേശുക്രിസ്തുവിൽ ആശ്രയിക്കുന്ന എല്ലാവരും ദൈവമുമ്പാകെ നിരപരാധികളായി പ്രഖ്യാപിക്കപ്പെടുന്നു; എന്നാൽ ഈ സത്യത്തെ പരിഹസിക്കുന്നവർ തങ്ങളുടെ പാപങ്ങളുടെ ശിക്ഷ വഹിക്കും (13:28, 30, 37-41).</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sz w:val="22"/>
        </w:rPr>
        <w:t xml:space="preserve">ചിത്രം 16 വീണ്ടും നോക്കുക. </w:t>
      </w:r>
      <w:r>
        <w:rPr>
          <w:rFonts w:ascii="Nirmala UI" w:hAnsi="Nirmala UI" w:cs="Nirmala UI"/>
          <w:b w:val="0"/>
          <w:sz w:val="22"/>
        </w:rPr>
        <w:t xml:space="preserve">ചിലർ പൗലൊസിന്റെ സന്ദേശം സ്വീകരിച്ചു. മറ്റുള്ളവർ കോപിച്ചു. </w:t>
      </w:r>
      <w:r>
        <w:rPr>
          <w:rFonts w:ascii="Nirmala UI" w:hAnsi="Nirmala UI" w:cs="Nirmala UI"/>
          <w:b/>
          <w:sz w:val="22"/>
        </w:rPr>
        <w:t xml:space="preserve">ചിത്രത്തിലെ വ്യത്യസ്ത മനോഭാവങ്ങൾ ചൂണ്ടിക്കാണിക്കുക.</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അടുത്ത ആഴ്ച വീണ്ടും സംസാരിക്കാൻ പൗലൊസിനെയും ബർന്നബാസിനെയും തിരികെ ക്ഷണിച്ചു. കൂടുതൽ കേൾക്കാൻ കാത്തിരിക്കാൻ കഴിയാത്തതിനാൽ ചിലർ അവരോടൊപ്പം വീട്ടിലേക്കു പോയി (13:42-43).</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അടുത്ത ആഴ്ച സിനഗോഗ് നിറഞ്ഞിരുന്നു. അനേകം വ്യത്യസ്ത വംശക്കാർ വന്നതിൽ പല യഹൂദരും കോപിച്ചു. ദൈവം ഇസ്രായേൽജനത്തെ മാത്രമേ സ്നേഹിക്കുന്നുള്ളൂ എന്നു ചിന്തിക്കുന്നത് തുടരാൻ അവർ ആഗ്രഹിച്ചു. നഗരത്തിലെ മിക്കവാറും എല്ലാവരും അവരുടെ പ്രസംഗം കേൾക്കാൻ വന്നതിനാൽ അവർക്കു പൗലൊസിനോടും ബർന്നബാസിനോടും അസൂയയും ഉണ്ടായിരുന്നു. അവർ സുവിശേഷം പങ്കുവയ്ക്കാനോ കേൾക്കാനോ ആഗ്രഹിച്ചില്ല (13:44-46).</w:t>
      </w:r>
    </w:p>
    <w:p>
      <w:pPr>
        <w:tabs>
          <w:tab w:pos="567" w:val="left"/>
        </w:tabs>
        <w:spacing w:after="120"/>
        <w:ind w:left="567" w:hanging="567"/>
      </w:pPr>
      <w:r>
        <w:rPr>
          <w:rFonts w:ascii="Calibri" w:hAnsi="Calibri" w:cs="Calibri" w:eastAsia="Calibri"/>
          <w:b/>
          <w:color w:val="1F4E79"/>
          <w:sz w:val="22"/>
        </w:rPr>
        <w:t>8.</w:t>
        <w:tab/>
      </w:r>
      <w:r>
        <w:rPr>
          <w:rFonts w:ascii="Nirmala UI" w:hAnsi="Nirmala UI" w:cs="Nirmala UI"/>
          <w:b w:val="0"/>
          <w:sz w:val="22"/>
        </w:rPr>
        <w:t xml:space="preserve">ക്രിസ്തീയ വിശ്വാസം സ്വീകരിച്ചവർ അന്ത്യൊക്യയിലും ഒരു സഭ രൂപീകരിച്ചു (13:48-49). നിർഭാഗ്യവശാൽ, യഹൂദരുടെ കോപം നിമിത്തം പൗലൊസിനും ബർന്നബാസിനും അവിടം വിട്ടുപോകേണ്ടിവന്നു. അവർ സുവിശേഷം കൂടുതൽ സ്ഥലങ്ങളിലേക്കു കൊണ്ടുപോയി (13:50-52).</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സന്ദേശം കേട്ടിട്ടില്ലാത്ത ആളുകളുടെ അടുക്കൽ സുവിശേഷം കൊണ്ടുപോകാൻ ദൈവം നമ്മോട് ആവശ്യപ്പെടുന്നു. എല്ലാവരും കേൾക്കുകയും വിശ്വസിക്കുകയും ചെയ്യില്ല, എന്നാൽ എല്ലാവർക്കും യേശുക്രിസ്തുവിനെക്കുറിച്ചുള്ള സുവാർത്ത കേൾക്കാൻ അവസരം ലഭിക്കണം.</w:t>
      </w:r>
    </w:p>
    <w:p>
      <w:r>
        <w:rPr>
          <w:rFonts w:ascii="Nirmala UI" w:hAnsi="Nirmala UI" w:cs="Nirmala UI"/>
          <w:b/>
          <w:sz w:val="22"/>
        </w:rPr>
        <w:t xml:space="preserve">പാഠം 15-ന്റെ അവസാനം നാം സംസാരിച്ച സുവിശേഷം എത്താത്ത ഗോത്രങ്ങൾക്കും ജനങ്ങൾക്കും വേണ്ടി നമുക്കു പ്രാർത്ഥന തുടരാം.</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16 – The Missionary Message</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16 – The Missionary Message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