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15</w:t>
      </w:r>
    </w:p>
    <w:p>
      <w:pPr>
        <w:keepNext/>
        <w:spacing w:after="40"/>
      </w:pPr>
      <w:r>
        <w:rPr>
          <w:rFonts w:ascii="Nirmala UI" w:hAnsi="Nirmala UI" w:cs="Nirmala UI"/>
          <w:b/>
          <w:color w:val="1F4E79"/>
          <w:sz w:val="52"/>
        </w:rPr>
        <w:t xml:space="preserve">സഭ മിഷനറിമാരെ അയയ്ക്കുന്നു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സഭ പൗലൊസിനെയും ബർന്നബാസിനെയും സുവിശേഷത്തിന്റെ ദൂതന്മാരായി അയച്ചുവെന്നും ഈ ദൗത്യം ഇനിയും പൂർത്തിയായിട്ടില്ലെന്നും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13:1-3, 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കൊരിന്ത്യർ 9:16a</w:t>
            </w:r>
          </w:p>
          <w:p>
            <w:pPr>
              <w:spacing w:after="40"/>
            </w:pPr>
            <w:r>
              <w:rPr>
                <w:rFonts w:ascii="Nirmala UI" w:hAnsi="Nirmala UI" w:cs="Nirmala UI"/>
                <w:b w:val="0"/>
                <w:i/>
                <w:sz w:val="22"/>
              </w:rPr>
              <w:t xml:space="preserve">… എനിക്കു പ്രസംഗിക്കാതെ വയ്യ.</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മറ്റാരും നിങ്ങളെ നിർബന്ധിക്കുന്നില്ലെങ്കിലും നിങ്ങൾ എന്തെങ്കിലും ചെയ്തേ തീരൂ എന്ന് നിങ്ങളുടെ ഹൃദയം പറയുന്നതായി നിങ്ങൾക്ക് എപ്പോഴെങ്കിലും തോന്നിയിട്ടുണ്ടോ? ഉള്ളിലെ ബോധ്യത്തിന്റെ പ്രേരകശക്തി വ്യക്തമാക്കാൻ നിങ്ങളുടെ സ്വന്തം അനുഭവത്തിൽനിന്ന് ഒരു ഉദാഹരണം പറയുക, അല്ലെങ്കിൽ ഒരു കഥ ഉണ്ടാക്കുക. ഉദാഹരണം: ഒരു ആൺകുട്ടി കൂട്ടുകാരോടൊപ്പം കളിക്കുമ്പോൾ ഒരു വൃദ്ധ വിറകുകെട്ട് ചുമക്കാൻ കഷ്ടപ്പെടുന്നതു കണ്ടു. തന്റെ ഹൃദയത്തിന്റെ പ്രേരണ അവഗണിച്ചാൽ തനിക്കു വിഷമം തോന്നുമെന്ന് അവനറിയാമായിരുന്നതിനാൽ അവൻ എഴുന്നേറ്റ് ആ സ്ത്രീയെ സഹായിക്കാൻ പോയി.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പൗലൊസ് യേശുവിനെ തന്റെ രക്ഷകനായി സ്വീകരിച്ചപ്പോൾ, പല ജനതകളുടെ അടുക്കൽ സുവിശേഷം കൊണ്ടുപോകുന്ന ഒരു അപ്പൊസ്തലനാകുമെന്ന് കർത്താവ് അവനോടു പറഞ്ഞു. അന്ത്യൊക്യ എന്ന നഗരത്തിൽ പൗലൊസ് വിശ്വാസികളുടെ ഒരു പുതിയ കൂട്ടത്തെ പഠിപ്പിക്കാൻ തുടങ്ങി. ബർന്നബാസ് എന്ന മറ്റൊരു ക്രിസ്ത്യാനി അവിടെ സഭ സ്ഥാപിക്കാൻ പൗലൊസിനെ സഹായിച്ചു.</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അന്ത്യൊക്യയിലെ സഭയിൽ വ്യത്യസ്ത ദേശക്കാരും (ഉദാ. യഹൂദരും ജാതികളും), വ്യത്യസ്ത വംശക്കാരും (ഉദാ. കറുത്തവരും വെളുത്തവരും), സമൂഹത്തിലെ വ്യത്യസ്ത നിലവാരത്തിലുള്ളവരും (ഉദാ. ധനികരും ദരിദ്രരും) അംഗങ്ങളായിരുന്നു (പ്രവൃ 13:1).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സഭയിലെ ഉപദേഷ്ടാക്കൾ ഒരുമിച്ച് ഉപവസിച്ച് പ്രാർത്ഥിച്ചു; പൗലൊസിനെയും ബർന്നബാസിനെയും മിഷനറിമാരായി അയയ്ക്കാൻ പരിശുദ്ധാത്മാവ് അവരെ നയിച്ചു. അതായത് സുവിശേഷം ഒരിക്കലും കേട്ടിട്ടില്ലാത്ത ആളുകളുടെ അടുക്കലേക്ക് അവരെ അയയ്ക്കണമായിരുന്നു (13:2).</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ചിത്രം 15 കാണിക്കുക. </w:t>
      </w:r>
      <w:r>
        <w:rPr>
          <w:rFonts w:ascii="Nirmala UI" w:hAnsi="Nirmala UI" w:cs="Nirmala UI"/>
          <w:b w:val="0"/>
          <w:sz w:val="22"/>
        </w:rPr>
        <w:t xml:space="preserve">അന്ത്യൊക്യയിലെ ക്രിസ്ത്യാനികൾ അനുസരിച്ചു (13:3). സഭാ നേതാക്കൾ പൗലൊസിന്റെയും ബർന്നബാസിന്റെയും മേൽ കൈവച്ചപ്പോൾ, സുവാർത്തയുടെ ദൂതന്മാരായുള്ള അവരുടെ ദൗത്യത്തിനായി അവർ അവരെ അനുഗ്രഹിക്കുകയായിരുന്നു. പ്രാർത്ഥനയിലൂടെ അവർ അവരെ പിന്തുണയ്ക്കും.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യേശുവിനെക്കുറിച്ചുള്ള സുവാർത്ത കേട്ടിട്ടില്ലാത്ത ആളുകളുടെ അടുക്കലേക്ക് ഇന്നും സഭ മിഷനറിമാരെ അയയ്ക്കുന്നു.</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കെനിയയിൽനിന്നുള്ള പാസ്റ്റർ പീറ്റർ മുവാലുക്കോ, താപോസ ജനതയുടെ അടുക്കൽ സുവിശേഷം കൊണ്ടുപോകാൻ ദൈവം വിളിക്കുന്നത് കേട്ടു. അവരോടു പ്രസംഗിക്കാൻ അനുമതി ലഭിക്കാൻ അദ്ദേഹത്തിന് വർഷങ്ങളെടുത്തു; ഒടുവിൽ ഒരു ചെറിയ കാലത്തേക്കു അതിന് അനുവാദം ലഭിച്ചു. തന്റെ ദൗത്യം നിറവേറ്റാൻ അദ്ദേഹത്തിനു ഒരു പുതിയ ഭാഷ പഠിക്കുകയും ഭാര്യയെയും കുട്ടികളെയും വിട്ടുപോകുകയും ചെയ്യേണ്ടിവന്നു. അദ്ദേഹത്തിന്റെ പ്രതിഫലം അനേകം ആളുകൾ സുവിശേഷം കേട്ടു എന്നതായിരുന്നു.</w:t>
      </w:r>
    </w:p>
    <w:p>
      <w:r>
        <w:rPr>
          <w:rFonts w:ascii="Nirmala UI" w:hAnsi="Nirmala UI" w:cs="Nirmala UI"/>
          <w:b w:val="0"/>
          <w:sz w:val="22"/>
        </w:rPr>
        <w:t xml:space="preserve">ബോയ ജനതയുടെ അടുക്കൽ സുവിശേഷം കൊണ്ടുപോകാൻ ദൈവം തന്നെ വിളിച്ചിരിക്കുന്നുവെന്ന് അറിയുന്ന ഒരു സുഡാൻകാരനാണ് പാസ്റ്റർ സിരിസിയോ. ബൈബിൾ സ്കൂളിലും മിഷനറി പരിശീലന കോളേജിലും പോയി അദ്ദേഹം ഇതിനായി ഒരുങ്ങിയിരിക്കുന്നു. ബോയ ജനതയെ ക്രിസ്തുവിനായി നേടേണ്ടതിന് സ്വന്തം ജനത്തെ വിട്ട് അവരുടെ ഇടയിൽ പോയി താമസിക്കാൻ അദ്ദേഹം ഒരുക്കമാണ്.</w:t>
      </w:r>
    </w:p>
    <w:p>
      <w:r>
        <w:rPr>
          <w:rFonts w:ascii="Nirmala UI" w:hAnsi="Nirmala UI" w:cs="Nirmala UI"/>
          <w:b w:val="0"/>
          <w:sz w:val="22"/>
        </w:rPr>
        <w:t xml:space="preserve">സുവിശേഷം കേട്ടിട്ടില്ലാത്ത അനേകം ഗോത്രങ്ങൾ ഇപ്പോഴും ലോകത്തിലുണ്ട്. </w:t>
      </w:r>
      <w:r>
        <w:rPr>
          <w:rFonts w:ascii="Nirmala UI" w:hAnsi="Nirmala UI" w:cs="Nirmala UI"/>
          <w:b/>
          <w:sz w:val="22"/>
        </w:rPr>
        <w:t xml:space="preserve">അങ്ങനെയുള്ള ഒരു ഗോത്രത്തിന്റെയെങ്കിലും പേര് പറയാൻ കഴിയേണ്ടതിന് മുൻകൂട്ടി കുറച്ച് ഗവേഷണം നടത്തുക. </w:t>
      </w:r>
      <w:r>
        <w:rPr>
          <w:rFonts w:ascii="Nirmala UI" w:hAnsi="Nirmala UI" w:cs="Nirmala UI"/>
          <w:b w:val="0"/>
          <w:sz w:val="22"/>
        </w:rPr>
        <w:t xml:space="preserve">അവിടേക്കു മിഷനറിമാർ പോകാനും ആ ജനങ്ങൾ രക്ഷയുടെ സന്ദേശം സ്വീകരിക്കാനുമായി നമുക്കു പ്രാർത്ഥിക്കാം.</w:t>
      </w:r>
    </w:p>
    <w:p>
      <w:r>
        <w:rPr>
          <w:rFonts w:ascii="Nirmala UI" w:hAnsi="Nirmala UI" w:cs="Nirmala UI"/>
          <w:b w:val="0"/>
          <w:sz w:val="22"/>
        </w:rPr>
        <w:t xml:space="preserve">സുവിശേഷം എത്താത്ത ഒരു ഗോത്രമോ ആ ഗോത്രത്തിൽപ്പെട്ട ആരെങ്കിലുമോ നിങ്ങളുടെ പ്രദേശത്ത് താമസിക്കുന്നുണ്ടോ?</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15 – The Church Sends Out Missionaries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15 – The Church Sends Out Missionaries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