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14</w:t>
      </w:r>
    </w:p>
    <w:p>
      <w:pPr>
        <w:keepNext/>
        <w:spacing w:after="40"/>
      </w:pPr>
      <w:r>
        <w:rPr>
          <w:rFonts w:ascii="Nirmala UI" w:hAnsi="Nirmala UI" w:cs="Nirmala UI"/>
          <w:b/>
          <w:color w:val="1F4E79"/>
          <w:sz w:val="52"/>
        </w:rPr>
        <w:t xml:space="preserve">അനന്യാസ് പൗലൊസിനെ സന്ദർശിക്കുന്നു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8: പരിശുദ്ധാത്മാവിന്റെ പ്രവൃത്തികൾ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ദൈവത്തോടുള്ള അനുസരണം, അത്ഭുതകരമായ വിധത്തിൽ വരുന്നതായാലും, അനുഗ്രഹം കൊണ്ടുവരുന്നുവെന്നു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അപ്പൊ. പ്രവൃത്തികൾ 9:10-19; 22:12-16</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1 യോഹന്നാൻ 3:24</w:t>
            </w:r>
          </w:p>
          <w:p>
            <w:pPr>
              <w:spacing w:after="40"/>
            </w:pPr>
            <w:r>
              <w:rPr>
                <w:rFonts w:ascii="Nirmala UI" w:hAnsi="Nirmala UI" w:cs="Nirmala UI"/>
                <w:b w:val="0"/>
                <w:i/>
                <w:sz w:val="22"/>
              </w:rPr>
              <w:t xml:space="preserve">അവന്റെ കല്പനകൾ അനുസരിക്കുന്നവർ അവനിലും അവൻ അവരിലും വസിക്കുന്നു.</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ഒരാൾക്കു സന്ദേശം കൊണ്ടുപോയി കൊടുക്കാൻ മാതാപിതാക്കളിലൊരാൾ ഒരു കുട്ടിയോടു പറഞ്ഞ ഒരു കഥ ഉണ്ടാക്കുക. ആ വ്യക്തിയെ കുട്ടിക്കു കുറച്ചു ഭയമുണ്ടായിരുന്നതിനാൽ പോകാൻ ഇഷ്ടമുണ്ടായിരുന്നില്ല. ഒരുപക്ഷേ ഇതുപോലെ ഒന്ന് നിങ്ങളുടെ കുടുംബത്തിലോ സുഹൃത്തുക്കൾക്കിടയിലോ യഥാർത്ഥത്തിൽ സംഭവിച്ചത് നിങ്ങൾക്ക് ഓർമ്മിക്കാൻ കഴിഞ്ഞേക്കും. കഴിയുമെങ്കിൽ ഒരു കഥ ഉണ്ടാക്കുന്നതിനു പകരം ആ യഥാർത്ഥ സംഭവം ഉപയോഗിക്കുക.</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കഴിഞ്ഞ ആഴ്ച നാം പറഞ്ഞതുപോലെ, പൗലൊസ് ദമസ്കൊസിലേക്കുള്ള വഴിയിലായിരിക്കെ കർത്താവായ യേശുവിനെ കണ്ടുമുട്ടി. യേശുവിന്റെ അനുയായിയായ അനന്യാസ് എന്നൊരാൾ ദമസ്കൊസിൽ താമസിച്ചിരുന്നു. പൗലൊസ് നഗരത്തിൽ എത്തി ഏതാനും ദിവസങ്ങൾക്കുശേഷം യേശു അനന്യാസിനോട് ഒരു ദർശനത്തിൽ സംസാരിച്ചു. </w:t>
      </w:r>
      <w:r>
        <w:rPr>
          <w:rFonts w:ascii="Nirmala UI" w:hAnsi="Nirmala UI" w:cs="Nirmala UI"/>
          <w:b/>
          <w:sz w:val="22"/>
        </w:rPr>
        <w:t xml:space="preserve">പ്രവൃത്തികൾ 9:10 സ്വന്തം വാക്കുകളിൽ വിവരിക്കുക.</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sz w:val="22"/>
        </w:rPr>
        <w:t xml:space="preserve">അനന്യാസ് ചെയ്യണമെന്ന് യേശു ആവശ്യപ്പെട്ട കാര്യം വിശദീകരിക്കുക (9:11-12).</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അനന്യാസിന് കർത്താവിനെ അനുസരിക്കാൻ ആഗ്രഹമുണ്ടായിരുന്നു, എന്നാൽ അവൻ ഭയപ്പെട്ടു. പൗലൊസ് ക്രിസ്ത്യാനികളെ വേട്ടയാടുകയും അവരെ തടവിലാക്കുകയും ചെയ്യുന്നതിനെക്കുറിച്ച് മറ്റുള്ളവരിൽനിന്ന് അവൻ കേട്ടിരുന്നു (9:13-14).</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എന്നാൽ പൗലൊസിനെ സന്ദർശിക്കാൻ യേശു അനന്യാസിനോടു കല്പിച്ചു. വളരെ ആശ്ചര്യകരമായ ഒരു കാര്യം അവൻ അവനോടു പറഞ്ഞു: പൗലൊസ് യേശുക്രിസ്തുവിന്റെ ഏറ്റവും വലിയ ദാസന്മാരിൽ ഒരാളാകും, തന്റെ വിശ്വാസത്തിനുവേണ്ടി കഷ്ടവും അനുഭവിക്കും (9:15-16).</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അപ്പോൾ അനന്യാസ് അനുസരിച്ചു. പൗലൊസ് ക്രിസ്ത്യാനികളെ പീഡിപ്പിക്കുകയും അതേ ഉദ്ദേശ്യത്തോടെ ദമസ്കൊസിലേക്കു പുറപ്പെടുകയും ചെയ്തിരുന്നെങ്കിലും, അവനെ കണ്ടപ്പോൾ അനന്യാസ് അവനെ “സഹോദരൻ” എന്നു വിളിച്ചു (9:17). </w:t>
      </w:r>
      <w:r>
        <w:rPr>
          <w:rFonts w:ascii="Nirmala UI" w:hAnsi="Nirmala UI" w:cs="Nirmala UI"/>
          <w:b/>
          <w:sz w:val="22"/>
        </w:rPr>
        <w:t xml:space="preserve">ചിത്രം 14 കാണിക്കുക. </w:t>
      </w:r>
      <w:r>
        <w:rPr>
          <w:rFonts w:ascii="Nirmala UI" w:hAnsi="Nirmala UI" w:cs="Nirmala UI"/>
          <w:b w:val="0"/>
          <w:sz w:val="22"/>
        </w:rPr>
        <w:t xml:space="preserve">അനന്യാസ് പൗലൊസിന്റെമേൽ കൈവയ്ക്കാൻ നീട്ടുന്നത് കണ്ടോ? അനന്യാസിലൂടെ പ്രവർത്തിച്ച പരിശുദ്ധാത്മാവിന്റെ ശക്തിയാൽ പൗലൊസിന്റെ കാഴ്ച ഉടനെ തിരികെ ലഭിച്ചു. പിന്നീട് അവൻ പൗലൊസിനെ യേശുക്രിസ്തുവിന്റെ അനുയായിയായി സ്നാനപ്പെടുത്തി (9:18-19).</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ഭയപ്പെടുത്തുന്ന ഒരു ബുദ്ധിമുട്ടുള്ള ദൗത്യം നേരിട്ടപ്പോഴും അനന്യാസ് ദൈവത്തെ അനുസരിച്ചതിനാൽ ദൈവം അനന്യാസിനെ ഉപയോഗിച്ച് ഒരു വലിയ കാര്യം ചെയ്തു. അവൻ ദൈവത്തിന്റെ അനുഗ്രഹം പൗലൊസിന്റെ അടുക്കൽ എത്തിച്ചു.</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എളുപ്പമുള്ള കാര്യങ്ങൾ ആർക്കും ചെയ്യാം. ബുദ്ധിമുട്ടുള്ള കാര്യങ്ങൾ ദൈവത്തിനുവേണ്ടി ചെയ്യാൻ നമുക്കു കഴിയുന്നത് അവൻ ആവശ്യപ്പെടുമ്പോൾ മാത്രമാണ്; കാരണം അതു ചെയ്യാനുള്ള ശക്തി ദൈവംതന്നെ തരുമെന്നു നാം അറിയുന്നു. അനന്യാസിന്റെ കാര്യത്തിൽ സംഭവിച്ചത് ഇതാണ്.</w:t>
      </w:r>
    </w:p>
    <w:p>
      <w:r>
        <w:rPr>
          <w:rFonts w:ascii="Nirmala UI" w:hAnsi="Nirmala UI" w:cs="Nirmala UI"/>
          <w:b w:val="0"/>
          <w:sz w:val="22"/>
        </w:rPr>
        <w:t xml:space="preserve">ദൈവം ബുദ്ധിമുട്ടുള്ള ഒരു കാര്യം ചെയ്യാൻ ആവശ്യപ്പെട്ടപ്പോൾ അവനെ അനുസരിച്ച ബൈബിളിലെ മറ്റു വ്യക്തികളെക്കുറിച്ച് നിങ്ങൾക്കു ചിന്തിക്കാമോ? ഉദാഹരണങ്ങൾ: എല്ലാവരും ചിരിച്ചപ്പോഴും നോഹ ഒരു വലിയ പെട്ടകം പണിതു. ഇസ്രായേലിലെ എല്ലാ പടയാളികളും ഭയന്നപ്പോൾ ദാവീദ് ഗോല്യാത്തിനോടു യുദ്ധം ചെയ്തു. അബ്രാഹാം തന്റെ ജന്മദേശം വിട്ട് താൻ അറിയാത്ത ഒരു സ്ഥലത്തേക്കുള്ള യാത്ര പുറപ്പെട്ടു. ഇവരെല്ലാവർക്കും പൊതുവായുള്ള ഒരു കാര്യം നിങ്ങൾ ശ്രദ്ധിക്കുന്നുണ്ടോ? ദൈവത്തെ അനുസരിക്കാൻ തക്കവണ്ണം അവനിൽ ആശ്രയിച്ചപ്പോൾ അവർക്കു അപ്രതീക്ഷിത അനുഗ്രഹങ്ങൾ ലഭിച്ചു!</w:t>
      </w:r>
    </w:p>
    <w:p>
      <w:r>
        <w:rPr>
          <w:rFonts w:ascii="Nirmala UI" w:hAnsi="Nirmala UI" w:cs="Nirmala UI"/>
          <w:b w:val="0"/>
          <w:sz w:val="22"/>
        </w:rPr>
        <w:t xml:space="preserve">അതുകൊണ്ട് ഇനി ദൈവഹിതം ചെയ്യാൻ നിങ്ങൾ ആഗ്രഹിക്കുകയും എന്നാൽ ആ ദൗത്യത്തെ ഭയപ്പെടുകയും ചെയ്യുമ്പോൾ ദമസ്കൊസിലെ അനന്യാസിനെ ഓർക്കുക.</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14 – Ananias Visits Paul</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14 – Ananias Visits Paul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