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13</w:t>
      </w:r>
    </w:p>
    <w:p>
      <w:pPr>
        <w:keepNext/>
        <w:spacing w:after="40"/>
      </w:pPr>
      <w:r>
        <w:rPr>
          <w:rFonts w:ascii="Nirmala UI" w:hAnsi="Nirmala UI" w:cs="Nirmala UI"/>
          <w:b/>
          <w:color w:val="1F4E79"/>
          <w:sz w:val="52"/>
        </w:rPr>
        <w:t xml:space="preserve">പൗലൊസ് ഒരു പുതിയ മനുഷ്യനാകുന്നു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പൗലൊസ് എങ്ങനെ കർത്താവായ യേശുവിനെ കണ്ടുമുട്ടി അവനിൽ വിശ്വസിച്ചുവെന്നു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9:1-9; 26:9-18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തിമൊഥെയൊസ് 1:15</w:t>
            </w:r>
          </w:p>
          <w:p>
            <w:pPr>
              <w:spacing w:after="40"/>
            </w:pPr>
            <w:r>
              <w:rPr>
                <w:rFonts w:ascii="Nirmala UI" w:hAnsi="Nirmala UI" w:cs="Nirmala UI"/>
                <w:b w:val="0"/>
                <w:i/>
                <w:sz w:val="22"/>
              </w:rPr>
              <w:t xml:space="preserve">ക്രിസ്തുയേശു പാപികളെ രക്ഷിക്കേണ്ടതിന് ലോകത്തിൽ വന്നു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രാത്രിയിൽ ഒരു വഴിയിലൂടെ നടക്കുകയാണെന്നും വളരെ ഇരുട്ടാണെന്നും സങ്കല്പിക്കുക. പെട്ടെന്ന് പ്രകാശമേറിയ ലൈറ്റുകളോടെ ഒരു കാർ വരുന്നു. നിങ്ങൾ എന്തു ചെയ്യും? അതെ, നിങ്ങൾ കണ്ണുകൾ മറയ്ക്കും, കാരണം വെളിച്ചം വളരെ തിളക്കമേറിയതായതിനാൽ അത് കണ്ണുകളെ വേദനിപ്പിക്കുകയും നിങ്ങൾക്കു കാണാൻ കഴിയാതെ വരികയും ചെയ്യുന്നു.</w:t>
      </w:r>
    </w:p>
    <w:p>
      <w:pPr>
        <w:pStyle w:val="Heading2"/>
      </w:pPr>
      <w:r>
        <w:rPr>
          <w:rFonts w:ascii="Nirmala UI" w:hAnsi="Nirmala UI" w:cs="Nirmala UI"/>
        </w:rPr>
        <w:t xml:space="preserve">പാഠത്തിലെ പ്രധാന ആശയങ്ങൾ</w:t>
      </w:r>
    </w:p>
    <w:p>
      <w:r>
        <w:rPr>
          <w:rFonts w:ascii="Nirmala UI" w:hAnsi="Nirmala UI" w:cs="Nirmala UI"/>
          <w:b/>
          <w:sz w:val="22"/>
        </w:rPr>
        <w:t xml:space="preserve">കഥ പറയുന്നതിനു മുമ്പ്, ശൗൽ എന്നത് പൗലൊസിന്റെ പേരിന്റെ എബ്രായ രൂപമാണെന്ന് ക്ലാസ്സിനോടു വിശദീകരിക്കുക. </w:t>
      </w:r>
      <w:r>
        <w:rPr>
          <w:rFonts w:ascii="Nirmala UI" w:hAnsi="Nirmala UI" w:cs="Nirmala UI"/>
          <w:b w:val="0"/>
          <w:sz w:val="22"/>
        </w:rPr>
        <w:t xml:space="preserve">അവൻ യേശുവിന്റെ അപ്പൊസ്തലനായശേഷം എബ്രായ ഭാഷ സംസാരിക്കുന്നവരുടെ ഇടയിലല്ല, വിദേശികളുടെ ഇടയിലാണു പ്രവർത്തിച്ചിരുന്നത് എന്നതിനാൽ അവൻ പിന്നീട് ശൗൽ എന്നു വിളിക്കപ്പെട്ടില്ല. </w:t>
      </w:r>
      <w:r>
        <w:rPr>
          <w:rFonts w:ascii="Nirmala UI" w:hAnsi="Nirmala UI" w:cs="Nirmala UI"/>
          <w:b/>
          <w:sz w:val="22"/>
        </w:rPr>
        <w:t xml:space="preserve">കുട്ടികൾ ആശയക്കുഴപ്പത്തിലാകാതിരിക്കാൻ അവന്റെ പേരിന്റെ ഒരു രൂപം മാത്രം ഉപയോഗിക്കുക: പൗലൊസ്.</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പൗലൊസ് എന്നൊരാൾ ദമസ്കൊസ് പട്ടണത്തിലേക്കു യാത്ര പുറപ്പെട്ടു. അവൻ ബുദ്ധിമാനും ന്യായപ്രമാണം അറിയുന്നവനുമായിരുന്നു. യേശുക്രിസ്തുവിന്റെ അനുയായികളെ വെറുത്തിരുന്ന യഹൂദന്മാരിൽ ഒരാളായിരുന്നു അവൻ. ദമസ്കൊസിലെ എല്ലാ ക്രിസ്ത്യാനികളെയും തടവിലാക്കാൻ അനുമതി നല്കുന്ന മഹാപുരോഹിതന്റെ ഒരു പ്രത്യേക കത്ത് അവൻ കൊണ്ടുപോയിരുന്നു (പ്രവൃ 9:1-2).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പൗലൊസും കൂടെയുള്ളവരും ദമസ്കൊസിന് അടുത്തെത്തിയപ്പോൾ പെട്ടെന്ന് സ്വർഗ്ഗത്തിൽനിന്ന് ഒരു വളരെ തിളക്കമുള്ള വെളിച്ചം അവന്റെമേൽ പ്രകാശിച്ചു (9:3).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ചിത്രം 13 കാണിക്കുക. </w:t>
      </w:r>
      <w:r>
        <w:rPr>
          <w:rFonts w:ascii="Nirmala UI" w:hAnsi="Nirmala UI" w:cs="Nirmala UI"/>
          <w:b w:val="0"/>
          <w:sz w:val="22"/>
        </w:rPr>
        <w:t xml:space="preserve">പൗലൊസും കൂടെയുള്ളവരും തങ്ങളെ മറച്ചപ്പോൾ, ഒരു ശബ്ദം തന്നോടു സംസാരിക്കുന്നത് അവൻ കേട്ടു. അത് യേശുതന്നെയായിരുന്നു. വളരെ മതഭക്തനായ ഒരു യഹൂദൻ എന്ന നിലയിൽ യേശു ജീവിച്ചിരിക്കുന്നുവെന്നു വിശ്വസിക്കാൻ പൗലൊസ് വിസമ്മതിച്ചിരുന്നു; എന്നാൽ ഇപ്പോൾ യേശു അവനോടു സംസാരിക്കുന്നു!</w:t>
      </w:r>
    </w:p>
    <w:p>
      <w:pPr>
        <w:ind w:left="567"/>
      </w:pPr>
      <w:r>
        <w:rPr>
          <w:rFonts w:ascii="Nirmala UI" w:hAnsi="Nirmala UI" w:cs="Nirmala UI"/>
          <w:b/>
          <w:sz w:val="22"/>
        </w:rPr>
        <w:t xml:space="preserve">യേശുവും പൗലൊസും തമ്മിലുള്ള സംഭാഷണം വിവരിക്കുക (9:4-6).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പൗലൊസിനോടൊപ്പമുള്ള ആളുകൾക്ക് എന്താണു സംഭവിക്കുന്നതെന്നു മനസ്സിലായില്ല. ശബ്ദം നിലച്ചപ്പോൾ അവർക്ക് അവനെ ദമസ്കൊസിലേക്കു നയിക്കേണ്ടിവന്നു. ആ തിളക്കമുള്ള വെളിച്ചം അവനെ അന്ധനാക്കിയിരുന്നു (9:7-8).</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എന്തു ചെയ്യണമെന്ന് യേശു പറയുന്നതിനായി പൗലൊസ് മൂന്നു ദിവസം ദമസ്കൊസിൽ കാത്തിരുന്നു. അവൻ ഒന്നും തിന്നുകയോ കുടിക്കുകയോ ചെയ്തില്ല, എന്നാൽ കർത്താവിനെ കേൾക്കാൻ അവൻ സന്നദ്ധനായിരുന്നു (9:9).</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പൗലൊസ് ഒരു ക്രൂരനായ മനുഷ്യനായിരുന്നു. ക്രിസ്ത്യാനികളെ പീഡിപ്പിച്ചുകൊണ്ട് താൻ ദൈവത്തിന്റെ മാനം സംരക്ഷിക്കുകയാണെന്ന് അവൻ വിചാരിച്ചിരുന്നു. അതുകൊണ്ടാണ് സ്തെഫാനൊസിനെ കല്ലെറിഞ്ഞു കൊല്ലുന്നത് അവൻ തടയാതിരുന്നത് (7:58; 8:1). </w:t>
      </w:r>
      <w:r>
        <w:rPr>
          <w:rFonts w:ascii="Nirmala UI" w:hAnsi="Nirmala UI" w:cs="Nirmala UI"/>
          <w:b/>
          <w:sz w:val="22"/>
        </w:rPr>
        <w:t xml:space="preserve">ചിത്രം 7 വീണ്ടും കാണിച്ച് ആ കഥ ക്ലാസ്സിനെ ഓർമ്മിപ്പിക്കുക. വസ്ത്രങ്ങൾ കാക്കുന്ന പൗലൊസിനെ ചൂണ്ടിക്കാണിക്കുക. </w:t>
      </w:r>
      <w:r>
        <w:rPr>
          <w:rFonts w:ascii="Nirmala UI" w:hAnsi="Nirmala UI" w:cs="Nirmala UI"/>
          <w:b w:val="0"/>
          <w:sz w:val="22"/>
        </w:rPr>
        <w:t xml:space="preserve">താൻ ദൈവത്തെ അനുഗമിക്കുകയാണെന്ന് പൗലൊസ് വിചാരിച്ചിരുന്നു, എന്നാൽ അവൻ ആത്മീയമായി അന്ധനും തെറ്റായ വഴിയിലുമായിരുന്നു. യേശുവിനെ കണ്ടുമുട്ടിയത് പൗലൊസിനെ ഒരു പുതിയ മനുഷ്യനാക്കി. എന്നിരുന്നാലും, താൻ ഒരു പാപിയായിരുന്നുവെന്ന് അവൻ ഒരിക്കലും മറന്നില്ല; തന്നെ രക്ഷിച്ചതിന് കർത്താവിനെ സ്തുതിക്കുന്നത് നിർത്തിയതുമില്ല. ഇന്നത്തെ മനഃപാഠ വാക്യത്തിലെ വാക്കുകൾ അവൻ എഴുതി.</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മനസ്തപിക്കുന്ന പാപികളായി തന്റെ അടുക്കൽ വരുന്ന ആരെയും യേശുവിനു മാറ്റാൻ കഴിയാത്തത്ര ദുഷ്ടനായി ആരുമില്ല. </w:t>
      </w:r>
      <w:r>
        <w:rPr>
          <w:rFonts w:ascii="Nirmala UI" w:hAnsi="Nirmala UI" w:cs="Nirmala UI"/>
          <w:b/>
          <w:sz w:val="22"/>
        </w:rPr>
        <w:t xml:space="preserve">ഈ പാഠം അവസാനിപ്പിക്കാൻ ഏറ്റവും നല്ല മാർഗ്ഗം, അധ്യാപകരായ നിങ്ങൾ കർത്താവായ യേശുവിനെ എങ്ങനെ കണ്ടുമുട്ടിയെന്നു പറയുക എന്നതാണ്.</w:t>
      </w:r>
    </w:p>
    <w:p>
      <w:r>
        <w:rPr>
          <w:rFonts w:ascii="Nirmala UI" w:hAnsi="Nirmala UI" w:cs="Nirmala UI"/>
          <w:b/>
          <w:sz w:val="22"/>
        </w:rPr>
        <w:t xml:space="preserve">ശ്രദ്ധിക്കുക: യേശുവിനെ തങ്ങളുടെ വ്യക്തിപരമായ രക്ഷകനായി സ്വീകരിക്കാൻ കുട്ടികളെ ക്ഷണിക്കാനുള്ള ഒരു അവസരം ഈ പാഠം തുറന്നുതരുന്നു. മിക്ക കുട്ടികളും അധ്യാപകനെ പ്രസാദിപ്പിക്കാൻ ഇഷ്ടപ്പെടുന്നു. “യേശുവിനെ നിങ്ങളുടെ രക്ഷകനായി സ്വീകരിക്കാൻ ആഗ്രഹിക്കുന്നവർ കൈ ഉയർത്തുക” എന്നു നിങ്ങൾ പറഞ്ഞാൽ, അവർ ശരിക്കും ഉദ്ദേശിക്കുന്നില്ലെങ്കിലോ അതിനു തയ്യാറായിട്ടില്ലെങ്കിലോ പോലും പലരും അങ്ങനെ ചെയ്യും. യേശുവിനെ തങ്ങളുടെ രക്ഷകനായി സ്വീകരിക്കുന്നതിനെക്കുറിച്ച് കൂടുതൽ സംസാരിക്കാൻ ആഗ്രഹിക്കുന്നവർ ക്ലാസ്സിനുശേഷമോ നിങ്ങൾക്ക് ക്രമീകരിക്കാവുന്ന മറ്റേതെങ്കിലും സമയത്തോ വന്ന് നിങ്ങളോടു സംസാരിക്കണമെന്നു പറയുന്നതാണ് നല്ലത്.</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13 – Paul Becomes a New Person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13 – Paul Becomes a New Person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