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11</w:t>
      </w:r>
    </w:p>
    <w:p>
      <w:pPr>
        <w:keepNext/>
        <w:spacing w:after="40"/>
      </w:pPr>
      <w:r>
        <w:rPr>
          <w:rFonts w:ascii="Nirmala UI" w:hAnsi="Nirmala UI" w:cs="Nirmala UI"/>
          <w:b/>
          <w:color w:val="1F4E79"/>
          <w:sz w:val="52"/>
        </w:rPr>
        <w:t xml:space="preserve">പത്രൊസ് തടവിൽ</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കർത്താവ് പത്രൊസിനെ തടവിൽ സംരക്ഷിക്കുകയും പരിപാലിക്കുകയും ചെയ്തുവെന്നു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12:1-11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32:7</w:t>
            </w:r>
          </w:p>
          <w:p>
            <w:pPr>
              <w:spacing w:after="40"/>
            </w:pPr>
            <w:r>
              <w:rPr>
                <w:rFonts w:ascii="Nirmala UI" w:hAnsi="Nirmala UI" w:cs="Nirmala UI"/>
                <w:b w:val="0"/>
                <w:i/>
                <w:sz w:val="22"/>
              </w:rPr>
              <w:t xml:space="preserve">നീ എന്റെ ഒളിസ്ഥലം; നീ എന്നെ കഷ്ടത്തിൽനിന്നു കാക്കും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ഒരു പരുന്തിനെപ്പോലുള്ള വലിയ ഇരപിടിയൻ പക്ഷി തലയ്ക്കു മുകളിലൂടെ പറക്കുന്നതു കാണുമ്പോൾ ഒരു തള്ളക്കോഴി തന്റെ കുഞ്ഞുങ്ങളോട് എന്തു ചെയ്യുന്നുവെന്ന് നിങ്ങൾ ശ്രദ്ധിച്ചിട്ടുണ്ടോ? അവൾ ചിറകുകൾ വിടർത്തി കുഞ്ഞുങ്ങളെ അതിന്റെ അടിയിൽ ചേർത്തുപിടിക്കുന്നു. ഇങ്ങനെ അവൾ അവയെ അപകടത്തിൽനിന്നു സംരക്ഷിക്കുകയും മറയ്ക്കുകയും ചെയ്യുന്നു.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ഇപ്പോൾ ആദിമസഭയുടെ നേതാക്കളായിരുന്ന യേശുവിന്റെ ആദ്യ ശിഷ്യന്മാർ അധികാരികളിൽനിന്ന് അനേകം അപകടങ്ങളും പീഡനവും നേരിട്ടു. ചിലർ തങ്ങളുടെ വിശ്വാസത്തിന്റെ പേരിൽ വധിക്കപ്പെട്ടു (പ്രവൃ 12:1-2).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അറസ്റ്റ് ചെയ്യപ്പെട്ടവരിൽ ഒരാളായിരുന്നു പത്രൊസ്. അവനെ തടവിലാക്കി നാലു പടയാളികൾ വളരെ ശ്രദ്ധയോടെ കാവൽ കാത്തു. കാവൽക്കാർക്കു ക്ഷീണം വരാതിരിക്കാനും എപ്പോഴും പത്രൊസിനെ സൂക്ഷ്മമായി നിരീക്ഷിക്കാനും കഴിയേണ്ടതിന് അവരെ കൃത്യമായി മാറ്റിക്കൊണ്ടിരുന്നു (12:3-4).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യെരൂശലേമിലെ ക്രിസ്ത്യാനികൾ പത്രൊസിനുവേണ്ടി ഇടവിടാതെ പ്രാർത്ഥിച്ചു (12:5).</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വിചാരണയ്ക്കു കൊണ്ടുപോകുന്നതിന്റെ തലേരാത്രി, കാവൽക്കാരോടു ചങ്ങലയിൽ ബന്ധിക്കപ്പെട്ടിരുന്നിട്ടും പത്രൊസ് നന്നായി ഉറങ്ങി (12:6). ആ സാഹചര്യത്തിൽ ഉറങ്ങാൻ കഴിഞ്ഞെങ്കിൽ താൻ ദൈവത്തിന്റെ കൈകളിൽ സുരക്ഷിതനാണെന്ന് അവൻ അറിഞ്ഞിരിക്കണം!</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പെട്ടെന്ന് ഒരു ദൂതൻ തടവറയിൽ വന്നു. പത്രൊസിനെ ഉണർത്താൻ അവൻ അവനെ കുലുക്കേണ്ടിവന്നു (12:7a). </w:t>
      </w:r>
      <w:r>
        <w:rPr>
          <w:rFonts w:ascii="Nirmala UI" w:hAnsi="Nirmala UI" w:cs="Nirmala UI"/>
          <w:b/>
          <w:sz w:val="22"/>
        </w:rPr>
        <w:t xml:space="preserve">ചിത്രം 11 കാണിക്കുക.</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ദൂതൻ പത്രൊസിനു നിർദ്ദേശങ്ങൾ നല്കി. </w:t>
      </w:r>
      <w:r>
        <w:rPr>
          <w:rFonts w:ascii="Nirmala UI" w:hAnsi="Nirmala UI" w:cs="Nirmala UI"/>
          <w:b/>
          <w:sz w:val="22"/>
        </w:rPr>
        <w:t xml:space="preserve">അവ എന്തായിരുന്നുവെന്നു വിശദീകരിക്കുക (12:7b-8). </w:t>
      </w:r>
      <w:r>
        <w:rPr>
          <w:rFonts w:ascii="Nirmala UI" w:hAnsi="Nirmala UI" w:cs="Nirmala UI"/>
          <w:b w:val="0"/>
          <w:sz w:val="22"/>
        </w:rPr>
        <w:t xml:space="preserve">താൻ ഇപ്പോഴും സ്വപ്നം കാണുകയാണെന്നും മറ്റൊരു ദർശനം കാണുകയാണെന്നും പത്രൊസ് വിചാരിച്ചു (12:9).</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എന്നാൽ അത് ശരിക്കും സംഭവിക്കുകയായിരുന്നു. എല്ലാ കാവൽക്കാരെയും വിവിധ പടിവാതിലുകളെയും കടന്ന് ദൂതൻ പത്രൊസിനെ തടവറയിൽനിന്നു പുറത്തേക്കു നയിച്ചു. അവർ നഗരവീഥികളിൽ സുരക്ഷിതരായപ്പോൾ ദൂതൻ പ്രത്യക്ഷപ്പെട്ടതുപോലെ പെട്ടെന്ന് പത്രൊസിനെ വിട്ടുപോയി (12:10).</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sz w:val="22"/>
        </w:rPr>
        <w:t xml:space="preserve">അപ്പോൾ മാത്രമാണ് ദൈവം ഒരു അത്ഭുതത്താൽ തന്നെ രക്ഷിച്ചുവെന്ന് പത്രൊസ് തിരിച്ചറിഞ്ഞത് (12:11).</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ആമുഖ കഥയിലേക്കു വീണ്ടും മടങ്ങുക. </w:t>
      </w:r>
      <w:r>
        <w:rPr>
          <w:rFonts w:ascii="Nirmala UI" w:hAnsi="Nirmala UI" w:cs="Nirmala UI"/>
          <w:b w:val="0"/>
          <w:sz w:val="22"/>
        </w:rPr>
        <w:t xml:space="preserve">തള്ളക്കോഴി തന്റെ കുഞ്ഞുങ്ങളെ സംരക്ഷിക്കുന്നതുപോലെ ദൈവം തന്റെ മക്കളെ പരിപാലിക്കുകയും സംരക്ഷിക്കുകയും ചെയ്യുന്നു.</w:t>
      </w:r>
    </w:p>
    <w:p>
      <w:r>
        <w:rPr>
          <w:rFonts w:ascii="Nirmala UI" w:hAnsi="Nirmala UI" w:cs="Nirmala UI"/>
          <w:b w:val="0"/>
          <w:sz w:val="22"/>
        </w:rPr>
        <w:t xml:space="preserve">തന്റെ ജന്മനഗരത്തിൽ ഷെല്ലാക്രമണം നടക്കുമ്പോൾ മറിയ എന്ന ഒരു സ്ത്രീ തന്റെ അഞ്ചു ചെറിയ കുട്ടികളോടൊപ്പം തനിച്ചായിരുന്നു. അവളുടെ ഭർത്താവ് അകലെയായിരുന്നു; കുട്ടികൾ വളരെ ഭയന്നിരുന്നു. മറിയ കുട്ടികളെ തന്റെ ചുറ്റും ചേർത്തുപിടിച്ചപ്പോൾ അവൾ ചിന്തിച്ചു: “</w:t>
      </w:r>
      <w:r>
        <w:rPr>
          <w:rFonts w:ascii="Nirmala UI" w:hAnsi="Nirmala UI" w:cs="Nirmala UI"/>
          <w:b/>
          <w:sz w:val="22"/>
        </w:rPr>
        <w:t xml:space="preserve">ദൈവം നമ്മെ കരുതുന്നു എന്നതിന്റെ തെളിവ് ഇപ്പോൾ നാം കാണും.” </w:t>
      </w:r>
      <w:r>
        <w:rPr>
          <w:rFonts w:ascii="Nirmala UI" w:hAnsi="Nirmala UI" w:cs="Nirmala UI"/>
          <w:b w:val="0"/>
          <w:sz w:val="22"/>
        </w:rPr>
        <w:t xml:space="preserve">ദൈവത്തിന്റെ വാഗ്ദാനങ്ങൾ വെറും വാക്കുകളല്ല. അവൻ മറിയയെയും അവളുടെ കുട്ടികളെയും സുരക്ഷിതരായി സൂക്ഷിച്ചു.</w:t>
      </w:r>
    </w:p>
    <w:p>
      <w:r>
        <w:rPr>
          <w:rFonts w:ascii="Nirmala UI" w:hAnsi="Nirmala UI" w:cs="Nirmala UI"/>
          <w:b w:val="0"/>
          <w:sz w:val="22"/>
        </w:rPr>
        <w:t xml:space="preserve">എന്നിരുന്നാലും, ഒരു കുട ഒരാളെ വെയിലിൽനിന്നോ മഴയിൽനിന്നോ സംരക്ഷിക്കുന്നതുപോലെ, ദൈവത്തിന്റെ മക്കൾ എല്ലാ മോശം കാര്യങ്ങളിൽനിന്നും സ്വയമേവ സംരക്ഷിക്കപ്പെടുന്നില്ലെന്നു നാം ഓർക്കണം. ആ പ്രാവശ്യം ദൈവം പത്രൊസിനെ തടവിൽനിന്നു രക്ഷിച്ചു; എന്നാൽ പിന്നീട് പത്രൊസ് തന്റെ വിശ്വാസത്തിന്റെ പേരിൽ വധിക്കപ്പെട്ടു. മരണത്തിന്റെ തലേരാത്രി ഗെത്ത്ശെമന തോട്ടത്തിൽ യേശു ചെയ്തതുപോലെ, ദൈവത്തിന്റെ ഇഷ്ടം നടക്കേണ്ടതിനായി പ്രാർത്ഥിക്കാൻ മാത്രമേ നമുക്കു കഴിയൂ.</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ഇന്നത്തെ വാക്യം ദൈവത്തെക്കുറിച്ച് പത്രൊസ് പഠിച്ചത് എന്താണെന്നു പറയുന്നു.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11 – Peter in Prison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11 – Peter in Prison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