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10</w:t>
      </w:r>
    </w:p>
    <w:p>
      <w:pPr>
        <w:keepNext/>
        <w:spacing w:after="40"/>
      </w:pPr>
      <w:r>
        <w:rPr>
          <w:rFonts w:ascii="Nirmala UI" w:hAnsi="Nirmala UI" w:cs="Nirmala UI"/>
          <w:b/>
          <w:color w:val="1F4E79"/>
          <w:sz w:val="52"/>
        </w:rPr>
        <w:t xml:space="preserve">പത്രൊസ് കൊർന്നേല്യൊസിന്റെ വീട് സന്ദർശിക്കുന്നു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8: പരിശുദ്ധാത്മാവിന്റെ പ്രവൃത്തികൾ</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എല്ലാ ജനങ്ങളും ദൈവത്തിനു തുല്യ പ്രാധാന്യമുള്ളവരാണെന്നു കുട്ടികളെ പഠിപ്പിക്കുക.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അപ്പൊ. പ്രവൃത്തികൾ 10:1-48</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ഗലാത്യർ 3:28</w:t>
            </w:r>
          </w:p>
          <w:p>
            <w:pPr>
              <w:spacing w:after="40"/>
            </w:pPr>
            <w:r>
              <w:rPr>
                <w:rFonts w:ascii="Nirmala UI" w:hAnsi="Nirmala UI" w:cs="Nirmala UI"/>
                <w:b w:val="0"/>
                <w:i/>
                <w:sz w:val="22"/>
              </w:rPr>
              <w:t xml:space="preserve">[നി]ങ്ങൾ എല്ലാവരും ക്രിസ്തുയേശുവിൽ ഒന്നാകുന്നു.</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ഒരു പ്രധാന സൈനികൻ – ഒരു ലെഫ്റ്റനന്റോ ഒരു ജനറൽപോലുമോ – നിങ്ങളുടെ വീട് സന്ദർശിക്കാൻ വരുന്നുവെന്നു സങ്കല്പിക്കുക. നിങ്ങൾ അദ്ദേഹത്തെ എങ്ങനെ സല്കരിക്കും? നിർദ്ദേശങ്ങൾ പറയാൻ ക്ലാസ്സിന് അവസരം നല്കുക.</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ഇന്നത്തെ കഥ കൊർന്നേല്യൊസ് എന്ന വിരമിച്ച ഒരു റോമൻ സൈനികോദ്യോഗസ്ഥനെക്കുറിച്ചാണ്. അക്കാലത്ത് യഹൂദന്മാർ താമസിച്ചിരുന്ന രാജ്യമായ പലസ്തീനെ ഭരിച്ചിരുന്നത് റോമാക്കാരായിരുന്നു. യേശുവും അവന്റെ ശിഷ്യന്മാരും യഹൂദന്മാരായിരുന്നു. യഹൂദനല്ലാത്ത എല്ലാവരെയും യഹൂദന്മാർ “ജാതി” എന്നു വിളിക്കുന്നു. കൊർന്നേല്യൊസിനെ ഒരു വ്യക്തിയായി വിവരിക്കുക. കൊർന്നേല്യൊസ് ഒരു ജാതിയായിരുന്നിട്ടും റോമാക്കാരുടെ വ്യാജ വിഗ്രഹങ്ങളെ ആരാധിക്കാതെ ഇസ്രായേലിന്റെ ദൈവത്തെ അനുഗമിച്ചു (പ്രവൃ 10:1-2).</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sz w:val="22"/>
        </w:rPr>
        <w:t xml:space="preserve">കൊർന്നേല്യൊസിന്റെ ദർശനം വിവരിക്കുക. </w:t>
      </w:r>
      <w:r>
        <w:rPr>
          <w:rFonts w:ascii="Nirmala UI" w:hAnsi="Nirmala UI" w:cs="Nirmala UI"/>
          <w:b w:val="0"/>
          <w:sz w:val="22"/>
        </w:rPr>
        <w:t xml:space="preserve">ദൈവം അവന്റെ പ്രാർത്ഥന കേട്ടിരുന്നു. ശിമോൻ പത്രൊസ് എന്നൊരു മനുഷ്യൻ അവനെ സഹായിക്കാൻ വരുമെന്ന് ഒരു ദൂതൻ അവനോടു പറഞ്ഞു. അവനെ കണ്ടെത്താൻ അവൻ യോപ്പയിലേക്കു ദൂതന്മാരെ അയയ്ക്കണമായിരുന്നു (10:3-6).</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കൊർന്നേല്യൊസ് പത്രൊസിനെ കണ്ടെത്താൻ തന്റെ വേലക്കാരെ അയച്ചു. തന്റെ സ്വകാര്യ പരിചാരകരിൽ ഒരാളെയും അവൻ കൂടെ അയച്ചു (10:7-8).</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പത്രൊസിന് മേൽപ്പുരയിൽവച്ച് ദർശനം ഉണ്ടായപ്പോൾ അവർ അപ്പോഴേക്കും വഴിയിലായിരുന്നു. </w:t>
      </w:r>
      <w:r>
        <w:rPr>
          <w:rFonts w:ascii="Nirmala UI" w:hAnsi="Nirmala UI" w:cs="Nirmala UI"/>
          <w:b/>
          <w:sz w:val="22"/>
        </w:rPr>
        <w:t xml:space="preserve">ചിത്രം 9 കാണിക്കുക; കഴിഞ്ഞ ആഴ്ചയിലെ മനഃപാഠ വാക്യവും പത്രൊസിനുള്ള ദൈവത്തിന്റെ സന്ദേശവും – സുവിശേഷം എല്ലാ ജനങ്ങൾക്കുമുള്ളതാണെന്ന് – അവലോകനം ചെയ്യുക. </w:t>
      </w:r>
      <w:r>
        <w:rPr>
          <w:rFonts w:ascii="Nirmala UI" w:hAnsi="Nirmala UI" w:cs="Nirmala UI"/>
          <w:b w:val="0"/>
          <w:sz w:val="22"/>
        </w:rPr>
        <w:t xml:space="preserve">പത്രൊസ് പരീക്ഷിക്കപ്പെടാൻ പോകുകയായിരുന്നു. ദൈവം തന്നെ പഠിപ്പിച്ച പാഠം അവൻ ഓർക്കുമോ? പത്രൊസ് ദൂതന്മാരെ സ്വീകരിച്ചു. അവർ പറഞ്ഞതു കേട്ടു; പിറ്റേന്ന് അവരെല്ലാവരും കൊർന്നേല്യൊസിന്റെ വീട്ടിലേക്കു പോയി (10:19-23).</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sz w:val="22"/>
        </w:rPr>
        <w:t xml:space="preserve">കൊർന്നേല്യൊസ് പത്രൊസിനെ എങ്ങനെ സ്വീകരിച്ചുവെന്നു വിവരിക്കുക (10:25). ചിത്രം 10 കാണിക്കുക. </w:t>
      </w:r>
      <w:r>
        <w:rPr>
          <w:rFonts w:ascii="Nirmala UI" w:hAnsi="Nirmala UI" w:cs="Nirmala UI"/>
          <w:b w:val="0"/>
          <w:sz w:val="22"/>
        </w:rPr>
        <w:t xml:space="preserve">ഒരു പടയാളി ആരെയും അഭിവാദ്യം ചെയ്യുന്ന പതിവു രീതിയല്ല ഇത്! താനും കൊർന്നേല്യൊസിനെപ്പോലെ ഒരു മനുഷ്യൻ മാത്രമാണെന്നതിനാൽ തന്നെ ആരാധിക്കുന്നതിൽനിന്ന് പത്രൊസ് അവനെ തടഞ്ഞു (10:26).</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sz w:val="22"/>
        </w:rPr>
        <w:t xml:space="preserve">പത്രൊസ് കൊർന്നേല്യൊസിന്റെ വീട്ടിൽ പ്രവേശിച്ചു. ഒരു യഹൂദൻ ഒരിക്കലും ജാതിയുടെ വീട്ടിൽ പ്രവേശിക്കുമായിരുന്നില്ല; എന്നാൽ പത്രൊസ് തന്റെ ദർശനത്തിലെ പാഠം ഓർക്കുകയായിരുന്നു. പത്രൊസിന് അവരോടു പറയാനുള്ളത് കേൾക്കാൻ അവിടെ പലരും കാത്തിരിക്കുകയായിരുന്നു (10:24, 27-28).</w:t>
      </w:r>
    </w:p>
    <w:p>
      <w:pPr>
        <w:tabs>
          <w:tab w:pos="567" w:val="left"/>
        </w:tabs>
        <w:spacing w:after="120"/>
        <w:ind w:left="567" w:hanging="567"/>
      </w:pPr>
      <w:r>
        <w:rPr>
          <w:rFonts w:ascii="Calibri" w:hAnsi="Calibri" w:cs="Calibri" w:eastAsia="Calibri"/>
          <w:b/>
          <w:color w:val="1F4E79"/>
          <w:sz w:val="22"/>
        </w:rPr>
        <w:t>7.</w:t>
        <w:tab/>
      </w:r>
      <w:r>
        <w:rPr>
          <w:rFonts w:ascii="Nirmala UI" w:hAnsi="Nirmala UI" w:cs="Nirmala UI"/>
          <w:b w:val="0"/>
          <w:sz w:val="22"/>
        </w:rPr>
        <w:t xml:space="preserve">താൻ പത്രൊസിനെ വിളിപ്പിച്ചത് എന്തിനാണെന്ന് കൊർന്നേല്യൊസ് അവനോടു പറഞ്ഞു (10:29-33).</w:t>
      </w:r>
    </w:p>
    <w:p>
      <w:pPr>
        <w:tabs>
          <w:tab w:pos="567" w:val="left"/>
        </w:tabs>
        <w:spacing w:after="120"/>
        <w:ind w:left="567" w:hanging="567"/>
      </w:pPr>
      <w:r>
        <w:rPr>
          <w:rFonts w:ascii="Calibri" w:hAnsi="Calibri" w:cs="Calibri" w:eastAsia="Calibri"/>
          <w:b/>
          <w:color w:val="1F4E79"/>
          <w:sz w:val="22"/>
        </w:rPr>
        <w:t>8.</w:t>
        <w:tab/>
      </w:r>
      <w:r>
        <w:rPr>
          <w:rFonts w:ascii="Nirmala UI" w:hAnsi="Nirmala UI" w:cs="Nirmala UI"/>
          <w:b w:val="0"/>
          <w:sz w:val="22"/>
        </w:rPr>
        <w:t xml:space="preserve">നസറായനായ യേശു ആരാണെന്നും അവൻ എന്തു ചെയ്യാനാണു വന്നതെന്നും പത്രൊസ് കൊർന്നേല്യൊസിനോടു പറഞ്ഞു (10:36-43). അവിടെ കൂടിയിരുന്ന എല്ലാവരുടെയുംമേൽ പരിശുദ്ധാത്മാവിനെ അയച്ചുകൊണ്ട് ജാതികളും തന്റെ സഭയുടെ ഭാഗമാണെന്ന് ദൈവം കാണിച്ചു (10:44-48).</w:t>
      </w:r>
    </w:p>
    <w:p>
      <w:pPr>
        <w:pStyle w:val="Heading2"/>
      </w:pPr>
      <w:r>
        <w:rPr>
          <w:rFonts w:ascii="Nirmala UI" w:hAnsi="Nirmala UI" w:cs="Nirmala UI"/>
        </w:rPr>
        <w:t xml:space="preserve">കഥയോടുള്ള നമ്മുടെ പ്രതികരണം</w:t>
      </w:r>
    </w:p>
    <w:p>
      <w:r>
        <w:rPr>
          <w:rFonts w:ascii="Nirmala UI" w:hAnsi="Nirmala UI" w:cs="Nirmala UI"/>
          <w:b/>
          <w:sz w:val="22"/>
        </w:rPr>
        <w:t xml:space="preserve">കഴിഞ്ഞ ആഴ്ചത്തെ ഈ വിഭാഗത്തിൽ പറഞ്ഞ ചിന്തകൾ തുടർന്നു ചർച്ച ചെയ്യുക</w:t>
      </w:r>
      <w:r>
        <w:rPr>
          <w:rFonts w:ascii="Nirmala UI" w:hAnsi="Nirmala UI" w:cs="Nirmala UI"/>
          <w:b w:val="0"/>
          <w:sz w:val="22"/>
        </w:rPr>
        <w:t xml:space="preserve">; നമ്മുടെ സഭയ്ക്കോ ചെറിയ സമൂഹത്തിനോ പുറത്തുള്ള ആരോടെങ്കിലും നാം യേശുവിനെക്കുറിച്ചുള്ള സുവാർത്ത അറിയിച്ചിട്ടുണ്ടോ?</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10 – Peter Visits Cornelius’s House</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10 – Peter Visits Cornelius’s House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