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9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പത്രൊസിന്റെ മിഷനറി ദർശനം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8: പരിശുദ്ധാത്മാവിന്റെ പ്രവൃത്തികൾ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സുവിശേഷം എല്ലാ ഗോത്രങ്ങളിലും വംശങ്ങളിലുമുള്ള സകല ജനങ്ങൾക്കുമുള്ളതാണെന്നു കുട്ടികളെ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അപ്പൊ. പ്രവൃത്തികൾ 10:1-48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അപ്പൊ. പ്രവൃത്തികൾ 10:35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[ദൈവം] എല്ലാ ജനതയിലും തന്നെ ഭയപ്പെട്ട് നീതി പ്രവർത്തിക്കുന്നവരെ സ്വീകരിക്കുന്നു.</w:t>
            </w:r>
          </w:p>
        </w:tc>
      </w:tr>
    </w:tbl>
    <w:p>
      <w:pPr>
        <w:spacing w:after="40"/>
      </w:pP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6" w:color="F0C36D"/>
          <w:left w:val="single" w:sz="6" w:color="F0C36D"/>
          <w:bottom w:val="single" w:sz="6" w:color="F0C36D"/>
          <w:right w:val="single" w:sz="6" w:color="F0C36D"/>
          <w:insideH w:val="single" w:sz="6" w:color="F0C36D"/>
          <w:insideV w:val="single" w:sz="6" w:color="F0C36D"/>
        </w:tblBorders>
        <w:tblCellMar>
          <w:top w:w="100" w:type="dxa"/>
          <w:left w:w="160" w:type="dxa"/>
          <w:bottom w:w="100" w:type="dxa"/>
          <w:right w:w="160" w:type="dxa"/>
        </w:tblCellMar>
      </w:tblPr>
      <w:tblGrid>
        <w:gridCol w:w="9412"/>
      </w:tblGrid>
      <w:tr>
        <w:tc>
          <w:tcPr>
            <w:tcW w:type="dxa" w:w="9412"/>
            <w:shd w:val="clear" w:color="auto" w:fill="FFF4D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7F5A00"/>
                <w:sz w:val="21"/>
              </w:rPr>
              <w:t xml:space="preserve">ശ്രദ്ധിക്കുക: </w:t>
            </w:r>
            <w:r>
              <w:rPr>
                <w:rFonts w:ascii="Nirmala UI" w:hAnsi="Nirmala UI" w:cs="Nirmala UI"/>
                <w:sz w:val="21"/>
              </w:rPr>
              <w:t xml:space="preserve">പ്രത്യേകിച്ച് 9-16 വാക്യങ്ങൾ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നമുക്കു സ്വപ്നങ്ങളെക്കുറിച്ചു സംസാരിക്കാം. </w:t>
      </w:r>
      <w:r>
        <w:rPr>
          <w:rFonts w:ascii="Nirmala UI" w:hAnsi="Nirmala UI" w:cs="Nirmala UI"/>
          <w:b w:val="0"/>
          <w:sz w:val="22"/>
        </w:rPr>
        <w:t xml:space="preserve">നിങ്ങൾ ചിലപ്പോൾ സ്വപ്നം കാണാറുണ്ടോ? </w:t>
      </w:r>
      <w:r>
        <w:rPr>
          <w:rFonts w:ascii="Nirmala UI" w:hAnsi="Nirmala UI" w:cs="Nirmala UI"/>
          <w:b/>
          <w:sz w:val="22"/>
        </w:rPr>
        <w:t xml:space="preserve">നിങ്ങൾ കണ്ട ഒരു സ്വപ്നം വിവരിക്കുക. </w:t>
      </w:r>
      <w:r>
        <w:rPr>
          <w:rFonts w:ascii="Nirmala UI" w:hAnsi="Nirmala UI" w:cs="Nirmala UI"/>
          <w:b w:val="0"/>
          <w:sz w:val="22"/>
        </w:rPr>
        <w:t xml:space="preserve">സ്വപ്നങ്ങൾക്ക് പലപ്പോഴും അർത്ഥമുണ്ടാകില്ല. എന്നാൽ ചിലപ്പോൾ പ്രധാനപ്പെട്ട എന്തെങ്കിലും നമ്മോടു പറയാൻ ദൈവം ദർശനം എന്ന ഒരു പ്രത്യേകതരം സ്വപ്നം ഉപയോഗിക്കുന്നു.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ഒരു പ്രധാന സത്യം പത്രൊസിനെ പഠിപ്പിക്കാൻ ദൈവം അവന് ഒരു ദർശനം അയച്ചു. (പത്രൊസ് യേശുവിന്റെ ആദ്യ ശിഷ്യന്മാരിൽ ഒരാളായിരുന്നു.) പരിശുദ്ധാത്മാവ് പകരപ്പെട്ടശേഷം അവൻ ക്രമേണ ആദ്യസഭയുടെ നേതാവായിത്തീർന്നു. </w:t>
      </w:r>
      <w:r>
        <w:rPr>
          <w:rFonts w:ascii="Nirmala UI" w:hAnsi="Nirmala UI" w:cs="Nirmala UI"/>
          <w:b/>
          <w:sz w:val="22"/>
        </w:rPr>
        <w:t xml:space="preserve">സാഹചര്യം വിശദീകരിക്കുക. പത്രൊസിനു വിശന്നിരുന്നു. ഉച്ചഭക്ഷണത്തിന്റെ സമയമായിരുന്നു; ഭക്ഷണം ഒരുക്കുന്നതിനിടയിൽ അവൻ പ്രാർത്ഥിക്കാൻ പോയി. </w:t>
      </w:r>
      <w:r>
        <w:rPr>
          <w:rFonts w:ascii="Nirmala UI" w:hAnsi="Nirmala UI" w:cs="Nirmala UI"/>
          <w:b w:val="0"/>
          <w:sz w:val="22"/>
        </w:rPr>
        <w:t xml:space="preserve">ചൂടുണ്ടായിരുന്നതിനാലാകാം, പത്രൊസ് വീടിന്റെ പരന്ന മേൽപ്പുരയിൽ കയറിയത്; അവിടെ തണുപ്പുണ്ടായിരുന്നു. പത്രൊസ് അവിടെ തനിച്ചായിരിക്കെ ദൈവം അവന് ഒരു ദർശനം അയച്ചു (10:9-10).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/>
          <w:sz w:val="22"/>
        </w:rPr>
        <w:t xml:space="preserve">ചിത്രം 9 കാണിക്കുക. ചിത്രം ഉപയോഗിച്ച് 11-14 വാക്യങ്ങളിൽ സംഭവിക്കുന്നത് സ്വന്തം വാക്കുകളിൽ പറയുക. </w:t>
      </w:r>
      <w:r>
        <w:rPr>
          <w:rFonts w:ascii="Nirmala UI" w:hAnsi="Nirmala UI" w:cs="Nirmala UI"/>
          <w:b w:val="0"/>
          <w:sz w:val="22"/>
        </w:rPr>
        <w:t xml:space="preserve">യഹൂദന്മാർ ആ മൃഗങ്ങളെ ഭക്ഷിക്കുന്നത് ദൈവത്തിന്റെ നിയമം വിലക്കിയിരുന്നതിനാൽ പത്രൊസ് അവയെ ഭക്ഷിക്കാൻ വിസമ്മതിച്ചു.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നിയമം അശുദ്ധമെന്നോ വിലക്കപ്പെട്ടതെന്നോ പറഞ്ഞ ആ മൃഗങ്ങളെ എഴുന്നേറ്റ് ഭക്ഷിക്കാൻ പത്രൊസിനോട് രണ്ടുതവണ കൂടി പറഞ്ഞു (10:15-16). </w:t>
      </w:r>
      <w:r>
        <w:rPr>
          <w:rFonts w:ascii="Nirmala UI" w:hAnsi="Nirmala UI" w:cs="Nirmala UI"/>
          <w:b/>
          <w:sz w:val="22"/>
        </w:rPr>
        <w:t xml:space="preserve">ഓരോ തവണയും എന്തു സംഭവിച്ചുവെന്നു പറയുക. </w:t>
      </w:r>
      <w:r>
        <w:rPr>
          <w:rFonts w:ascii="Nirmala UI" w:hAnsi="Nirmala UI" w:cs="Nirmala UI"/>
          <w:b w:val="0"/>
          <w:sz w:val="22"/>
        </w:rPr>
        <w:t xml:space="preserve">കുട്ടികൾ ഒരു കഥയിലെ ആവർത്തനം ഇഷ്ടപ്പെടുകയും അതിൽനിന്നു പഠിക്കുകയും ചെയ്യുന്നു.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മൂന്നാമത്തെ തവണയ്ക്കുശേഷം പത്രൊസ് ഉണർന്ന് സ്വപ്നത്തിന്റെ അർത്ഥം എന്തായിരിക്കുമെന്ന് ചിന്തിച്ചു. അപ്പോൾ ആരോ മുട്ടുന്നതും തന്റെ പേര് വിളിക്കുന്നതും അവൻ കേട്ടു. </w:t>
      </w:r>
      <w:r>
        <w:rPr>
          <w:rFonts w:ascii="Nirmala UI" w:hAnsi="Nirmala UI" w:cs="Nirmala UI"/>
          <w:b/>
          <w:sz w:val="22"/>
        </w:rPr>
        <w:t xml:space="preserve">തുടർന്ന് എന്തു സംഭവിച്ചുവെന്നു വിവരിക്കുക (10:17-18). </w:t>
      </w:r>
      <w:r>
        <w:rPr>
          <w:rFonts w:ascii="Nirmala UI" w:hAnsi="Nirmala UI" w:cs="Nirmala UI"/>
          <w:b w:val="0"/>
          <w:sz w:val="22"/>
        </w:rPr>
        <w:t xml:space="preserve">സന്ദർശകരിൽ ഒരാൾ പടയാളിയാണെന്നു കണ്ടപ്പോൾ തന്നെ തടവുകാരനാക്കാൻ പോകുകയാണോ എന്ന് പത്രൊസ് ഒരുപക്ഷേ ചിന്തിച്ചിരിക്കാം!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ആ ആളുകളോടൊപ്പം പോകാൻ ദൈവത്തിന്റെ പരിശുദ്ധാത്മാവ് പത്രൊസിനോടു പറഞ്ഞു; അവർക്ക് യേശുക്രിസ്തുവിനെക്കുറിച്ചു കേൾക്കേണ്ടിയിരുന്നു (10:19-20). എന്നാൽ അവർ ജാതികളായിരുന്നു. യഹൂദന്മാർക്ക് യഹൂദരല്ലാത്തവരുമായി ഒരു ബന്ധവും ഉണ്ടായിരുന്നില്ല. ദൈവത്തിനു വേർതിരിക്കപ്പെട്ടിട്ടില്ലാത്തതിനാൽ അവരെ അശുദ്ധരായി കരുതി. അപ്പോൾ പത്രൊസ് ദൈവം എന്തിനാണ് ആ ദർശനം അയച്ചതെന്നു കണ്ടു. ദൈവത്തിന്റെ കണ്ണിൽ ഒന്നും ആരും അശുദ്ധമല്ല. സുവിശേഷം സർവ്വമനുഷ്യർക്കുമുള്ളതാണ്.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/>
          <w:sz w:val="22"/>
        </w:rPr>
        <w:t xml:space="preserve">നിങ്ങളുടെ സമൂഹത്തിൽ ജനപ്രീതിയില്ലാത്ത അല്ലെങ്കിൽ ഒറ്റപ്പെട്ടുകഴിയുന്ന ചില തരം ആളുകളെ പറയുക. </w:t>
      </w:r>
      <w:r>
        <w:rPr>
          <w:rFonts w:ascii="Nirmala UI" w:hAnsi="Nirmala UI" w:cs="Nirmala UI"/>
          <w:b w:val="0"/>
          <w:sz w:val="22"/>
        </w:rPr>
        <w:t xml:space="preserve">നമുക്ക് അവരുടെ അടുക്കൽ സുവിശേഷം എങ്ങനെ എത്തിക്കാം?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9 – Peter’s Missionary Vision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9 – Peter’s Missionary Vision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