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8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സുവിശേഷം ആഫ്രിക്കയിൽ എത്തുന്നു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8: പരിശുദ്ധാത്മാവിന്റെ പ്രവൃത്തികൾ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സുവിശേഷം എങ്ങനെ വ്യാപിച്ചുവെന്നു കുട്ടികളെ പഠിപ്പിക്കുകയും യേശുവിന്റെ സാക്ഷികളാകാൻ അവരെ പ്രോത്സാഹിപ്പിക്കുകയും ചെയ്യുക.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അപ്പൊ. പ്രവൃത്തികൾ 8:26-39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റോമർ 10:15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അയയ്ക്കപ്പെടാതെ അവർ എങ്ങനെ പ്രസംഗിക്കും? ‘സുവാർത്ത അറിയിക്കുന്നവരുടെ പാദങ്ങൾ എത്ര മനോഹരം!’ എന്ന് എഴുതിയിരിക്കുന്നുവല്ലോ.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വായിക്കുമ്പോൾ നിങ്ങൾക്കു മനസ്സിലാകാത്ത പല വാക്കുകളും കണ്ടാൽ നിങ്ങൾ എന്തു ചെയ്യും? ക്ലാസ്സിന് ഉത്തരം പറയാൻ സമയം നല്കുക. </w:t>
      </w:r>
      <w:r>
        <w:rPr>
          <w:rFonts w:ascii="Nirmala UI" w:hAnsi="Nirmala UI" w:cs="Nirmala UI"/>
          <w:b w:val="0"/>
          <w:sz w:val="22"/>
        </w:rPr>
        <w:t xml:space="preserve">നിങ്ങൾക്ക് ആ പുസ്തകം വായിക്കുന്നത് നിർത്താം, അല്ലെങ്കിൽ ഒരു നിഘണ്ടു കിട്ടിയാൽ വാക്കുകൾ അതിൽ നോക്കാം. ഏറ്റവും എളുപ്പമുള്ളത് ആരോടെങ്കിലും സഹായം ചോദിക്കുകയാണ്.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ഫിലിപ്പൊസ് എന്ന യേശുവിന്റെ ഒരു അപ്പൊസ്തലൻ ഒരിക്കൽ സുഡാനിൽനിന്നുള്ള ഒരാളെ താൻ വായിക്കുന്നത് മനസ്സിലാക്കാൻ സഹായിക്കുകയും അങ്ങനെ അവനുമായി സുവിശേഷം പങ്കുവയ്ക്കുകയും ചെയ്തു.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ഫിലിപ്പൊസ് ശമര്യ പ്രദേശത്ത് സുവിശേഷം പ്രസംഗിക്കുന്നതിൽ വ്യാപൃതനായിരിക്കുമ്പോൾ, മരുഭൂമിയിലൂടെയുള്ള വഴിയിലേക്കു പോകണമെന്ന് ദൈവം ആഗ്രഹിക്കുന്നതായി ഒരു ദൂതൻ അവനോടു പറഞ്ഞു (8:4-5, 26).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വഴിയിൽ ഫിലിപ്പൊസ് രാജസദസ്സിൽ ഒരു പ്രധാന സ്ഥാനമുള്ള ഒരു ഉദ്യോഗസ്ഥനെ കണ്ടുമുട്ടി. മെരോവയിലെ രാജ്ഞിയെ സേവിച്ചിരുന്ന ഒരു നൂബിയക്കാരനായിരുന്നു അവൻ. അവൻ യഹൂദവിശ്വാസം സ്വീകരിച്ചിരുന്നു; ഫിലിപ്പൊസ് അവന്റെ രഥത്തോടൊപ്പം എത്തിയപ്പോൾ അവൻ പഴയനിയമത്തിൽനിന്നു വായിക്കുകയായിരുന്നു (8:27-28). </w:t>
      </w:r>
      <w:r>
        <w:rPr>
          <w:rFonts w:ascii="Nirmala UI" w:hAnsi="Nirmala UI" w:cs="Nirmala UI"/>
          <w:b/>
          <w:sz w:val="22"/>
        </w:rPr>
        <w:t xml:space="preserve">ചിത്രം 8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രഥത്തിനടുത്തേക്കു ചെല്ലാൻ പരിശുദ്ധാത്മാവ് ഫിലിപ്പൊസിനോടു പറഞ്ഞു (8:29). ആ മനുഷ്യൻ വായിക്കുന്നത് എന്താണെന്നു മനസ്സിലാക്കിയ ഫിലിപ്പൊസ് അവനോടു ചോദിച്ചു: “നീ വായിക്കുന്നത് നിനക്കു മനസ്സിലാകുന്നുണ്ടോ?” “ഇല്ല,” ആ മനുഷ്യൻ മറുപടി പറഞ്ഞു; അതു തനിക്കു വിശദീകരിച്ചുതരാൻ അവൻ ഫിലിപ്പൊസിനെ ക്ഷണിച്ചു (8:30-31).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അവൻ യെശയ്യാപ്രവാചകന്റെ പുസ്തകത്തിൽനിന്നു വായിക്കുകയായിരുന്നു: </w:t>
      </w:r>
      <w:r>
        <w:rPr>
          <w:rFonts w:ascii="Nirmala UI" w:hAnsi="Nirmala UI" w:cs="Nirmala UI"/>
          <w:b/>
          <w:sz w:val="22"/>
        </w:rPr>
        <w:t xml:space="preserve">32b-33 വാക്യങ്ങൾ ക്ലാസ്സിനു വായിച്ചുകേൾപ്പിക്കുക. </w:t>
      </w:r>
      <w:r>
        <w:rPr>
          <w:rFonts w:ascii="Nirmala UI" w:hAnsi="Nirmala UI" w:cs="Nirmala UI"/>
          <w:b w:val="0"/>
          <w:sz w:val="22"/>
        </w:rPr>
        <w:t xml:space="preserve">ആ ഭാഗം കർത്താവായ യേശുവിനെക്കുറിച്ചാണു വിവരിക്കുന്നതെന്ന് ഫിലിപ്പൊസ് വിശദീകരിച്ചു. പിതാവായ ദൈവം പുത്രനെ അയച്ചു; മനുഷ്യവർഗ്ഗത്തിന്റെ പാപങ്ങൾക്കായി യേശു സ്വമനസ്സാലെ മരിച്ചു (8:34-35).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ആ മനുഷ്യൻ യേശുവിനെക്കുറിച്ചുള്ള സുവാർത്ത വിശ്വസിച്ചു, സ്നാനം ഏറ്റു (8:36-38).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യേശുവിന്റെ സാക്ഷിയായിരുന്ന ഫിലിപ്പൊസിനെപ്പോലെ നിങ്ങൾക്ക് എങ്ങനെയാകാം? ഫിലിപ്പൊസ് ദൂരദേശത്തുനിന്നുള്ള ആ മനുഷ്യനുമായി യേശുക്രിസ്തുവിനെക്കുറിച്ചുള്ള സുവാർത്ത പങ്കുവച്ചു; അങ്ങനെ സുവിശേഷം ദൂരവും വിശാലവുമായി വ്യാപിച്ചു. കേൾക്കാൻ തയ്യാറുള്ള എല്ലാവരോടും നിങ്ങൾക്കും യേശുവിന്റെ കഥ പറയാം. അത് എവിടേക്കു നയിക്കുമെന്ന് നിങ്ങൾക്കൊരിക്കലും അറിയാൻ കഴിയില്ല!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8 – The Good News Reaches Africa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8 – The Good News Reaches Africa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