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7</w:t>
      </w:r>
    </w:p>
    <w:p>
      <w:pPr>
        <w:keepNext/>
        <w:spacing w:after="40"/>
      </w:pPr>
      <w:r>
        <w:rPr>
          <w:rFonts w:ascii="Nirmala UI" w:hAnsi="Nirmala UI" w:cs="Nirmala UI"/>
          <w:b/>
          <w:color w:val="1F4E79"/>
          <w:sz w:val="52"/>
        </w:rPr>
        <w:t xml:space="preserve">സ്തെഫാനൊസ് – മരണംവരെ വിശ്വസ്തൻ</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ചിലപ്പോൾ ദൈവം തന്റെ അനുയായികളോട് തന്റെ സേവനത്തിൽ മരിക്കാൻ ആവശ്യപ്പെടുന്നുവെന്ന്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6:1-15; 7:51-60; 8:1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ഫിലിപ്പിയർ 1:29</w:t>
            </w:r>
          </w:p>
          <w:p>
            <w:pPr>
              <w:spacing w:after="40"/>
            </w:pPr>
            <w:r>
              <w:rPr>
                <w:rFonts w:ascii="Nirmala UI" w:hAnsi="Nirmala UI" w:cs="Nirmala UI"/>
                <w:b w:val="0"/>
                <w:i/>
                <w:sz w:val="22"/>
              </w:rPr>
              <w:t xml:space="preserve">[ക്രി]സ്തുവിൽ വിശ്വസിക്കുക മാത്രമല്ല, അവനുവേണ്ടി കഷ്ടം അനുഭവിക്കുകയും ചെയ്യാനുള്ള കൃപ നിങ്ങൾക്കു ലഭിച്ചിരിക്കുന്നു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സമീപവർഷങ്ങളിൽ ആഫ്രിക്കയുടെ പല ഭാഗങ്ങളിലും ആളുകൾ ക്ഷാമ സഹായ ഭക്ഷണപ്പൊതികൾ കൊണ്ടുമാത്രമാണ് അതിജീവിച്ചത്. മിക്ക ആളുകളും തങ്ങളുടെ കുടുംബത്തിന്റെ വലുപ്പത്തെക്കുറിച്ചു കള്ളം പറയുന്നതിനാൽ തങ്ങൾക്കു ന്യായമായ പങ്കു ഒരിക്കലും കിട്ടുന്നില്ലെന്ന് പലർക്കും തോന്നുന്നു. തങ്ങൾക്കു മതിയായത് കിട്ടില്ലെന്നു ഭയന്ന് അവർ കുടുംബം യഥാർത്ഥത്തിലുള്ളതിനെക്കാൾ വലുതാണെന്നു പറയുന്നു.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യെരൂശലേമിലെ സഭയിലെ ചില അംഗങ്ങൾക്കും ഭക്ഷണത്തിനു കുറവുണ്ടായിരുന്നു. കൂടുതൽ ആളുകൾ സഭയിൽ ചേർന്നുകൊണ്ടിരുന്നതിനാൽ ഭക്ഷണ വിതരണത്തെച്ചൊല്ലി വിവിധ കൂട്ടർ തർക്കിക്കാൻ തുടങ്ങി (6:1).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അതിനാൽ ഭക്ഷണം ന്യായമായി വിതരണം ചെയ്യുന്നുവെന്ന് ഉറപ്പാക്കാൻ പന്ത്രണ്ട് അപ്പൊസ്തലന്മാർ ഏഴു പ്രത്യേക ആളുകളെ നിയമിച്ചു. അവർ ജ്ഞാനികളും പരിശുദ്ധാത്മാവ് നിറഞ്ഞവരും ആയിരിക്കണമായിരുന്നു (6:2-5).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അവരിൽ ഒരാൾ സ്തെഫാനൊസ് എന്നു പേരുള്ള ഒരു മനുഷ്യനായിരുന്നു. അവൻ യേശുവിന്റെ വളരെ സജീവമായ ഒരു ദാസനായിരുന്നു. എതിർപ്പുപോലും അവനെ തടഞ്ഞില്ല, ആർക്കും അവനോടു വാദിച്ചു ജയിക്കാനും കഴിഞ്ഞില്ല. </w:t>
      </w:r>
      <w:r>
        <w:rPr>
          <w:rFonts w:ascii="Nirmala UI" w:hAnsi="Nirmala UI" w:cs="Nirmala UI"/>
          <w:b/>
          <w:sz w:val="22"/>
        </w:rPr>
        <w:t xml:space="preserve">സ്തെഫാനൊസ് ചെയ്തതു വിവരിക്കുക (6:8-11).</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സ്തെഫാനൊസിനെ തടയാൻ ശത്രുക്കൾക്കു കഴിയാത്തതിനാൽ അവർ അവനെതിരെ ഗൂഢാലോചന നടത്തുകയും അവനെക്കുറിച്ചു നുണകൾ പ്രചരിപ്പിക്കുകയും ചെയ്തു. അവർ അവനെ യഹൂദ മതനേതാക്കളുടെ മുമ്പാകെ വിചാരണയ്ക്കു കൊണ്ടുവന്നു; എന്നാൽ സ്തെഫാനൊസ് യേശുവിനോടു വിശ്വസ്തനായി നിലകൊണ്ടു (6:12-15).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യഹൂദന്മാർ ദൈവത്തിന്റെ സന്ദേശത്തിനു ചെവിയില്ലാത്തവരാണെന്നു സ്തെഫാനൊസ് അവരോടു പറഞ്ഞു. ദൈവത്തിന്റെ ദൂതന്മാരായ പ്രവാചകന്മാരിൽ ആരെയും അവർ ശ്രദ്ധിച്ചിരുന്നില്ല. ഒടുവിൽ നിത്യജീവൻ കൊണ്ടുവരാൻ വന്ന യേശുക്രിസ്തുവിനെത്തന്നെ അവർ കൊന്നു (7:51-53).</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മതനേതാക്കൾക്ക് വളരെ ദേഷ്യം വന്നതിനാൽ അവർ സ്തെഫാനൊസിനെ നഗരത്തിനു പുറത്തേക്കു വലിച്ചിഴച്ച് കല്ലെറിഞ്ഞു കൊന്നു. </w:t>
      </w:r>
      <w:r>
        <w:rPr>
          <w:rFonts w:ascii="Nirmala UI" w:hAnsi="Nirmala UI" w:cs="Nirmala UI"/>
          <w:b/>
          <w:sz w:val="22"/>
        </w:rPr>
        <w:t xml:space="preserve">ചിത്രം 7 കാണിക്കുക. ശൗൽ നോക്കിനിൽക്കുന്നത് ചൂണ്ടിക്കാണിച്ച്, അവനെക്കുറിച്ച് പിന്നീട് ധാരാളം കേൾക്കുമെന്ന് ക്ലാസ്സിനോടു പറയുക. </w:t>
      </w:r>
      <w:r>
        <w:rPr>
          <w:rFonts w:ascii="Nirmala UI" w:hAnsi="Nirmala UI" w:cs="Nirmala UI"/>
          <w:b w:val="0"/>
          <w:sz w:val="22"/>
        </w:rPr>
        <w:t xml:space="preserve">ഇതെല്ലാറ്റിലും സ്തെഫാനൊസ് വളരെ ധൈര്യമുള്ളവനായിരുന്നു. അവൻ ഭയങ്കരമായി മരിച്ചു; എന്നാൽ കർത്താവായ യേശു എല്ലായ്പോഴും അവനോടൊപ്പം ഉണ്ടായിരുന്നു; അവന്റെ പരീക്ഷണത്തിന്റെ അവസാനം അവനെ കാത്തിരിക്കുകയും ചെയ്തു (7:54 – 8:1).</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1963 ഒക്ടോബറിൽ സുഡാനിലെ മെലുട്ടിലെ പാസ്റ്ററെയും സഭാംഗങ്ങളെയും അന്യാ-ന്യാ ഗറില്ലാ പ്രസ്ഥാനത്തെ സഹായിച്ചുവെന്ന് സൈന്യം കുറ്റപ്പെടുത്തി. പാസ്റ്റർ ഗിദെയോനെയും നാല് മൂപ്പന്മാരെയും കൊണ്ടുപോയി വെടിവച്ചു. വിചാരണ ഉണ്ടായില്ല. അവരുടെ മൃതദേഹങ്ങൾ നൈൽ നദിയിൽ എറിഞ്ഞു. സുഡാനിലെ മറ്റു പല ക്രിസ്ത്യാനികളും കഴിഞ്ഞ ചില വർഷങ്ങളിൽ മരിച്ചു. ലോകത്തിലെ പല ഭാഗങ്ങളിലും സ്തെഫാനൊസിനെപ്പോലെ യേശുക്രിസ്തുവിലുള്ള വിശ്വാസം നിമിത്തം മരിച്ച ക്രിസ്ത്യാനികളുണ്ട്.</w:t>
      </w:r>
    </w:p>
    <w:p>
      <w:r>
        <w:rPr>
          <w:rFonts w:ascii="Nirmala UI" w:hAnsi="Nirmala UI" w:cs="Nirmala UI"/>
          <w:b/>
          <w:sz w:val="22"/>
        </w:rPr>
        <w:t xml:space="preserve">വരൂ, ക്രിസ്ത്യാനികളായതിന്റെ പേരിൽ പീഡിപ്പിക്കപ്പെടുന്നവർക്കുവേണ്ടി നമുക്കു പ്രാർത്ഥിക്കാം.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7 – Stephen – Faithful unto Death</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7 – Stephen – Faithful unto Death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