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ആദ്യത്തെ സഭ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ആദ്യത്തെ ക്രിസ്തീയ സമൂഹം കൂട്ടായ്മയിൽ എങ്ങനെ ജീവിച്ചുവെന്ന്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2:42-47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2:42, 47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അവർ അപ്പൊസ്തലന്മാരുടെ ഉപദേശത്തിലും കൂട്ടായ്മയിലും ഉറച്ചുനിന്നു … ആവശ്യമുള്ളവർക്ക് അവർ കൊടുത്തു.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ഒരു സഭയായി ആരാധനയ്ക്കു കൂടുമ്പോൾ ആളുകൾ എന്തു ചെയ്യുന്നു? സാധ്യമായ ഉത്തരങ്ങൾ: അവർ ദൈവത്തിനു സ്തുതിഗീതങ്ങൾ പാടുന്നു.</w:t>
      </w:r>
    </w:p>
    <w:p>
      <w:r>
        <w:rPr>
          <w:rFonts w:ascii="Nirmala UI" w:hAnsi="Nirmala UI" w:cs="Nirmala UI"/>
          <w:b w:val="0"/>
          <w:sz w:val="22"/>
        </w:rPr>
        <w:t xml:space="preserve">അവർ ദൈവവചനം വായിക്കുകയും കേൾക്കുകയും ചെയ്യുന്നു.</w:t>
      </w:r>
    </w:p>
    <w:p>
      <w:r>
        <w:rPr>
          <w:rFonts w:ascii="Nirmala UI" w:hAnsi="Nirmala UI" w:cs="Nirmala UI"/>
          <w:b w:val="0"/>
          <w:sz w:val="22"/>
        </w:rPr>
        <w:t xml:space="preserve">അവർ വിശുദ്ധ കർത്തൃമേശയിൽ പങ്കെടുക്കുന്നു.</w:t>
      </w:r>
    </w:p>
    <w:p>
      <w:r>
        <w:rPr>
          <w:rFonts w:ascii="Nirmala UI" w:hAnsi="Nirmala UI" w:cs="Nirmala UI"/>
          <w:b w:val="0"/>
          <w:sz w:val="22"/>
        </w:rPr>
        <w:t xml:space="preserve">അവർ ഞായറാഴ്ച സ്കൂൾ, സ്ത്രീ സമാജ യോഗങ്ങൾ മുതലായവയിൽ പങ്കെടുക്കുന്നു.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ചിത്രം 3 കാണിക്കുക. താഴെപ്പറയുന്നതുപോലുള്ള ചോദ്യങ്ങൾ ചോദിച്ച് പാഠം 3 അവലോകനം ചെയ്യുക: </w:t>
      </w:r>
      <w:r>
        <w:rPr>
          <w:rFonts w:ascii="Nirmala UI" w:hAnsi="Nirmala UI" w:cs="Nirmala UI"/>
          <w:b w:val="0"/>
          <w:sz w:val="22"/>
        </w:rPr>
        <w:t xml:space="preserve">ചോദ്യം: ആരാണു പ്രസംഗിച്ചത്?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ഉത്തരം: പത്രൊസ്.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ചോദ്യം: യേശുവിനെക്കുറിച്ചുള്ള സന്ദേശം അവൻ പങ്കുവച്ചപ്പോൾ എന്തു സംഭവിച്ചു?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ഉത്തരം: 3 000 പേർ രക്ഷിക്കപ്പെട്ടു. മനഃപാഠ വാക്യം പറഞ്ഞതുപോലെ അവർ ചെയ്തു.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പാഠം 3-ലെ മനഃപാഠ വാക്യമായ അപ്പൊ. പ്രവൃത്തികൾ 2:38 അവലോകനം ചെയ്യുക.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ചിത്രം 4 കാണിക്കുക. </w:t>
      </w:r>
      <w:r>
        <w:rPr>
          <w:rFonts w:ascii="Nirmala UI" w:hAnsi="Nirmala UI" w:cs="Nirmala UI"/>
          <w:b w:val="0"/>
          <w:sz w:val="22"/>
        </w:rPr>
        <w:t xml:space="preserve">പുതിയ ക്രിസ്തീയ സമൂഹത്തിൽ പത്രൊസും മറ്റ് അപ്പൊസ്തലന്മാരും ചെയ്ത ചില കാര്യങ്ങൾ ഈ ചിത്രം നമുക്കു കാണിച്ചുതരുന്നു. ഈ ആദ്യസഭയിൽ എന്താണു സംഭവിച്ചത്? അവർ ഒരു വലിയ കുടുംബമായി, ദൈവത്തിന്റെ കുടുംബമായി, ജീവിച്ചു (2:44). ഇതായിരുന്നു സഭയുടെ തുടക്കം. </w:t>
      </w:r>
      <w:r>
        <w:rPr>
          <w:rFonts w:ascii="Nirmala UI" w:hAnsi="Nirmala UI" w:cs="Nirmala UI"/>
          <w:b/>
          <w:sz w:val="22"/>
        </w:rPr>
        <w:t xml:space="preserve">ചിത്രങ്ങൾ ഓരോന്നായി ചർച്ച ചെയ്യുക.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ആദ്യസഭയിലെ വിശ്വാസികൾ അപ്പൊസ്തലന്മാരിൽനിന്ന് രക്ഷകനെക്കുറിച്ചു പഠിച്ചു. യേശുവിനെക്കുറിച്ച് പഴയനിയമം എന്തു പറയുന്നുവെന്ന് അവർ നോക്കി. (പുതിയനിയമം അന്ന് എഴുതപ്പെട്ടിരുന്നില്ല.) പാടാനും പ്രാർത്ഥിക്കാനും അവർ എല്ലാ ദിവസവും ദൈവാലയത്തിൽ കൂടിവന്നു (2:42, 46-47a).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ആ ആദ്യ ക്രിസ്ത്യാനികൾ പരസ്പരം സഹായിച്ചു. ആരോഗ്യമുള്ളവർ രോഗികളെയും വൃദ്ധരെയും പരിപാലിച്ചു. ധാരാളം ഉള്ളവർ ആവശ്യക്കാർക്കു കൊടുത്തു. അവർ എല്ലാം പങ്കുവച്ചു (2:44-45).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അവർ ഒരുമിച്ച് തങ്ങളുടെ വീടുകളിൽ ഭക്ഷണം കഴിച്ചു. തങ്ങൾക്കു രക്ഷ നേടിത്തന്ന കർത്താവിന്റെ കഷ്ടപ്പാടും മരണവും ഓർക്കുന്നതിനായി അവർ കൂട്ടായ്മയിൽ അപ്പവും വീഞ്ഞും കഴിച്ചു (2:46).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സ്നേഹമുള്ള സമൂഹമായുള്ള അവരുടെ ജീവിതം മറ്റുള്ളവരെ അവരോടു ചേരാൻ ആഗ്രഹിപ്പിച്ചു. അപ്പൊസ്തലന്മാർ ചെയ്ത അത്ഭുതങ്ങൾ കണ്ടും ആളുകൾ അത്ഭുതപ്പെട്ടു. ഫലമായി യേശുക്രിസ്തുവിൽ വിശ്വസിക്കുന്നവരുടെ എണ്ണം വർദ്ധിച്ചുകൊണ്ടിരുന്നു (2:43, 47).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ആദ്യത്തെ ക്രിസ്തീയ സഭയുടെ ഏതെങ്കിലും പ്രവർത്തനങ്ങൾ നാം നിർത്തിക്കളഞ്ഞിട്ടുണ്ടോ? </w:t>
      </w:r>
      <w:r>
        <w:rPr>
          <w:rFonts w:ascii="Nirmala UI" w:hAnsi="Nirmala UI" w:cs="Nirmala UI"/>
          <w:b/>
          <w:sz w:val="22"/>
        </w:rPr>
        <w:t xml:space="preserve">മനഃപാഠ വാക്യത്തിന്റെ അർത്ഥത്തെക്കുറിച്ചും ആദിമസഭയുടെ മാതൃക നമുക്ക് എങ്ങനെ പിന്തുടരാമെന്നതിനെക്കുറിച്ചും സംസാരിക്കുക.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4 – The First Congregation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4 – The First Congregation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