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w:t>
      </w:r>
    </w:p>
    <w:p>
      <w:pPr>
        <w:keepNext/>
        <w:spacing w:after="40"/>
      </w:pPr>
      <w:r>
        <w:rPr>
          <w:rFonts w:ascii="Nirmala UI" w:hAnsi="Nirmala UI" w:cs="Nirmala UI"/>
          <w:b/>
          <w:color w:val="1F4E79"/>
          <w:sz w:val="52"/>
        </w:rPr>
        <w:t xml:space="preserve">കർത്താവായ യേശു പിതാവിന്റെ അടുക്കലേക്കു മടങ്ങുന്നു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പിതാവിന്റെ അടുക്കലേക്കു മടങ്ങിയെന്നും എന്നാൽ ഒരു ദിവസം ഈ ലോകത്തിലേക്കു വീണ്ടും വരുമെന്നും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1:1-11; 1 തെസ്സലൊനീക്യർ 4:13-18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തെസ്സലൊനീക്യർ 4:16</w:t>
            </w:r>
          </w:p>
          <w:p>
            <w:pPr>
              <w:spacing w:after="40"/>
            </w:pPr>
            <w:r>
              <w:rPr>
                <w:rFonts w:ascii="Nirmala UI" w:hAnsi="Nirmala UI" w:cs="Nirmala UI"/>
                <w:b w:val="0"/>
                <w:i/>
                <w:sz w:val="22"/>
              </w:rPr>
              <w:t xml:space="preserve">[കർത്താവു]തന്നെ … ഗംഭീരനാദത്തോടും … ദൈവത്തിന്റെ കാഹളത്തോടും കൂടെ സ്വർഗ്ഗത്തിൽനിന്ന് ഇറങ്ങിവരും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 സ്നേഹിക്കുന്ന ഒരാൾ ദീർഘകാലത്തേക്കു പോകുമ്പോൾ നിങ്ങൾക്ക് എന്തു തോന്നുന്നു? യാത്ര പറയേണ്ടിവരുമ്പോൾ നമുക്കു പലപ്പോഴും ദുഃഖം തോന്നുന്നു, കാരണം നമ്മെ വിട്ടുപോകുന്ന ആളിനെ നാം മിസ്സ് ചെയ്യും.</w:t>
      </w:r>
    </w:p>
    <w:p>
      <w:r>
        <w:rPr>
          <w:rFonts w:ascii="Nirmala UI" w:hAnsi="Nirmala UI" w:cs="Nirmala UI"/>
          <w:b w:val="0"/>
          <w:sz w:val="22"/>
        </w:rPr>
        <w:t xml:space="preserve">പോകുന്ന ആളോട് നിങ്ങൾ എന്തു ചോദ്യങ്ങൾ ചോദിക്കുന്നു? ഒരു സാധാരണ ചോദ്യം: “നീ എപ്പോൾ മടങ്ങിവരും?”</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യേശുവിന്റെ ശിഷ്യന്മാർ ഇതുപോലെ തന്നെയായിരുന്നു. ഭൂമിയിൽ ചെയ്യേണ്ട ദൗത്യം യേശു പൂർത്തിയാക്കിയശേഷം — അവൻ ക്രൂശിക്കപ്പെടുകയും ദൈവം അവനെ മരിച്ചവരിൽനിന്ന് ഉയിർപ്പിക്കുകയും ചെയ്തശേഷം — യേശു പിതാവിന്റെ അടുക്കലേക്കു മടങ്ങി. ചിത്രം 1 കാണിക്കുക. ഈ ചിത്രം കർത്താവായ യേശുവിനെ സ്വർഗ്ഗത്തിലേക്ക് എടുക്കുന്നതു കാണിക്കുന്നു. അവന്റെ സുഹൃത്തുക്കൾ എത്ര ദുഃഖിതരാണെന്നു നോക്കുക.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ഉയിർത്തെഴുന്നേറ്റശേഷം യേശു തന്റെ ശിഷ്യന്മാർക്ക് പലതവണ പ്രത്യക്ഷനായി. ഈ ലോകത്തിൽ ദൈവത്തിന്റെ വേല തുടരാൻ അവരെ ഒരുക്കിക്കൊണ്ട് അവൻ അവരെ പഠിപ്പിച്ചു. അവർക്കു തന്റെ പരിശുദ്ധാത്മാവിനെ ലഭിക്കുമെന്നും ആത്മാവ് ദൈവത്തിന്റെ ശക്തിയാൽ അവരെ ബലപ്പെടുത്തുമെന്നും യേശു വാഗ്ദാനം ചെയ്തു. യേശുവിനെക്കുറിച്ചും അവൻ മനുഷ്യവർഗ്ഗത്തിനുവേണ്ടി ചെയ്തതിനെക്കുറിച്ചും സംസാരിക്കാനുള്ള ശക്തിയും ജ്ഞാനവും നല്കുന്ന ഈ ദാനത്തിനായി അവർ കാത്തിരിക്കേണ്ടിയിരുന്നു (പ്രവൃ 1:2-5, 8).</w:t>
      </w:r>
    </w:p>
    <w:p>
      <w:pPr>
        <w:ind w:left="567"/>
      </w:pPr>
      <w:r>
        <w:rPr>
          <w:rFonts w:ascii="Nirmala UI" w:hAnsi="Nirmala UI" w:cs="Nirmala UI"/>
          <w:b/>
          <w:sz w:val="22"/>
        </w:rPr>
        <w:t xml:space="preserve">പരിശുദ്ധാത്മാവിന്റെ പ്രവർത്തനം കുട്ടികൾ മനസ്സിലാക്കാൻ സഹായിക്കുന്നതിന്, കാറ്റ് നിറയ്ക്കാത്ത ഒരു ടയർ ട്യൂബ് അവരെ കാണിക്കുക. അതിൽ കാറ്റില്ലാത്തിടത്തോളം അത് ഉപയോഗപ്രദമാണോ എന്ന് അവരോടു ചോദിക്കുക. അങ്ങനെ അത് ഉപയോഗശൂന്യമാണെന്ന് അവർക്ക് അറിയാം. സാധ്യമെങ്കിൽ ഒരു പമ്പ് കൊണ്ടുവന്ന് ട്യൂബിൽ കാറ്റ് നിറയ്ക്കുക; അതിൽ കാറ്റ് നിറയുമ്പോൾ അത് എങ്ങനെ ഉപയോഗപ്രദമാകുന്നുവെന്ന് ക്ലാസ്സ് കാണട്ടെ. ശ്രദ്ധിക്കുക: </w:t>
      </w:r>
      <w:r>
        <w:rPr>
          <w:rFonts w:ascii="Nirmala UI" w:hAnsi="Nirmala UI" w:cs="Nirmala UI"/>
          <w:b w:val="0"/>
          <w:sz w:val="22"/>
        </w:rPr>
        <w:t xml:space="preserve">പുതിയനിയമം ആദ്യം ഗ്രീക്ക് ഭാഷയിലാണ് എഴുതപ്പെട്ടത്. ഗ്രീക്കിൽ “ആത്മാവ്” എന്നും “കാറ്റ്” എന്നുമുള്ള വാക്കുകൾ ഒന്നുതന്നെയാണ്. ടയറുകൾ ഉപയോഗപ്രദമാകാൻ അവയിൽ കാറ്റ് നിറയ്ക്കേണ്ടതുപോലെ യേശുവിന്റെ അനുയായികൾ പരിശുദ്ധാത്മാവിനാൽ നിറയപ്പെടണം.</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ഭാവിയിൽ എന്തു സംഭവിക്കുമെന്ന് യേശുവിന്റെ സുഹൃത്തുക്കൾ അവനോടു ചോദിച്ചു. അവൻ എപ്പോൾ മടങ്ങിവരും? യേശു ഒരു വാഗ്ദാനം നല്കി: അവൻ തീർച്ചയായും ഈ ലോകത്തിലേക്കു മടങ്ങിവരും. എന്നാൽ അത് എപ്പോഴാണെന്ന് പിതാവിനു മാത്രമേ അറിയൂ. അവന്റെ രണ്ടാം വരവ് ഒരു വലിയ ആർപ്പുവിളിയോടെ അറിയിക്കപ്പെടുമെന്നും നാം അവനെ എതിരേൽക്കാൻ പോകുമെന്നും നാം അറിയുന്നു (പ്രവൃ 1:6-7, 1 തെസ്സ 4:13-18).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യേശു അവരുടെ കാഴ്ചയിൽനിന്ന് മറഞ്ഞപ്പോൾ ദൈവത്തിൽനിന്നുള്ള രണ്ടു ദൂതന്മാർ ശിഷ്യന്മാർക്ക് ഒരു സന്ദേശം കൊണ്ടുവന്നു. </w:t>
      </w:r>
      <w:r>
        <w:rPr>
          <w:rFonts w:ascii="Nirmala UI" w:hAnsi="Nirmala UI" w:cs="Nirmala UI"/>
          <w:b/>
          <w:sz w:val="22"/>
        </w:rPr>
        <w:t xml:space="preserve">ചിത്രത്തിലെ ദൂതന്മാരെ ചൂണ്ടിക്കാണിച്ച് സന്ദേശം സ്വന്തം വാക്കുകളിൽ പറയുക (പ്രവൃ 1:9-11).</w:t>
      </w:r>
    </w:p>
    <w:p>
      <w:pPr>
        <w:ind w:left="567"/>
      </w:pPr>
      <w:r>
        <w:rPr>
          <w:rFonts w:ascii="Nirmala UI" w:hAnsi="Nirmala UI" w:cs="Nirmala UI"/>
          <w:b w:val="0"/>
          <w:sz w:val="22"/>
        </w:rPr>
        <w:t xml:space="preserve">ശിഷ്യന്മാർ ഗലീലക്കാരായതിനാൽ ദൂതന്മാർ അവരെ “ഗലീലക്കാരായ പുരുഷന്മാരേ” എന്നു വിളിച്ചു. അത് “ഇക്വറ്റോറിയക്കാരായ പുരുഷന്മാരേ” എന്നു പറയുന്നതുപോലെയായിരുന്നു. യേശുവിന്റെ അവസാന നിർദ്ദേശങ്ങൾ ശിഷ്യന്മാർ എങ്ങനെ അനുസരിച്ചുവെന്ന് അടുത്ത പാഠങ്ങളിൽ നാം കാണും. ഇനിമുതൽ അവർ യേശുവിന്റെ അപ്പൊസ്തലന്മാർ എന്നു വിളിക്കപ്പെടും. അവന്റെ മറ്റെല്ലാ അനുയായികളും ശിഷ്യന്മാരായിരിക്കും.</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ഈ ചോദ്യം ചിന്തിക്കുക: യേശു ഇന്ന് വീണ്ടും വന്നാൽ നിങ്ങൾ അവനായി ഒരുങ്ങിയിരിക്കുന്നുവോ? അവൻ എപ്പോൾ മടങ്ങിവരുമെന്ന് നമുക്ക് അറിയാത്തതിനാൽ, ഒരുങ്ങിയിരിക്കാനുള്ള ഏക വഴി ദിവസവും യേശുവിനെ വിശ്വസ്തതയോടെ അനുഗമിക്കുക എന്നതാണ്.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 – The Lord Jesus Returns to the Father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 – The Lord Jesus Returns to the Father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