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വീട്ടുടമസ്ഥൻ മടങ്ങിവരുന്നു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ക്രിസ്ത്യാനികൾ കർത്താവായ യേശുവിന്റെ മടങ്ങിവരവിനായി കാത്തിരിക്കുമ്പോൾ അവനെ വിശ്വസ്തതയോടെ സേവിക്കണമെന്ന്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12:35-48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1:10-14</w:t>
            </w:r>
          </w:p>
          <w:p>
            <w:pPr>
              <w:spacing w:after="40"/>
            </w:pPr>
            <w:r>
              <w:rPr>
                <w:rFonts w:ascii="Nirmala UI" w:hAnsi="Nirmala UI" w:cs="Nirmala UI"/>
                <w:b w:val="0"/>
                <w:i/>
                <w:sz w:val="22"/>
              </w:rPr>
              <w:t xml:space="preserve">ഭാഗം പുനരവലോകനം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അധ്യാപകനെ എവിടേക്കെങ്കിലും വിളിച്ചാൽ സ്കൂളിൽ ക്ലാസ്സ്മുറിയിൽ എന്തു സംഭവിക്കും? ആദ്യം എല്ലാവരും നിശ്ശബ്ദമായി ജോലി ചെയ്തേക്കാം; എന്നാൽ അധ്യാപകൻ തുടർന്നും ഇല്ലാതിരുന്നാൽ ചിലർ സംസാരിക്കാൻ തുടങ്ങും, അത് മറ്റുള്ളവർക്ക് ശ്രദ്ധ കേന്ദ്രീകരിക്കാൻ ബുദ്ധിമുട്ടാക്കും. ഒടുവിൽ അധ്യാപകൻ വരുമ്പോൾ ക്ലാസ്സ് മുഴുവൻ സാധാരണയായി ജോലി നിർത്തി സംസാരിക്കുകയോ കളിക്കുകയോ ചെയ്യും.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ഭൂമിയിലെ തന്റെ കാലത്ത് യേശു തന്റെ ശിഷ്യന്മാരോട് തന്റെ രണ്ടാം വരവിനെക്കുറിച്ചു പറഞ്ഞു. അവൻ മടങ്ങിവരുന്നതുവരെ കാത്തിരിക്കുമ്പോൾ അവന്റെ ശിഷ്യന്മാർ എങ്ങനെ ജീവിക്കണമായിരുന്നു? തന്നെ അനുഗമിക്കാൻ ആഗ്രഹിക്കുന്നവരെ സഹായിക്കാൻ യേശു ഇതിനെക്കുറിച്ച് പല കഥകളും പറഞ്ഞു.</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ഉദാഹരണത്തിന്, ഒരു വിവാഹത്തിനു പോയ ഒരു മനുഷ്യനെക്കുറിച്ച് അവൻ ഒരു കഥ പറഞ്ഞു. അത്തരം ആഘോഷങ്ങൾ വളരെ വൈകുംവരെ നീണ്ടേക്കാം. എങ്കിലും ആ മനുഷ്യൻ വീട്ടിൽ മടങ്ങിയെത്തിയപ്പോൾ അവന്റെ വേലക്കാർ ഉടൻ വാതിൽ തുറന്നു. അർദ്ധരാത്രി കഴിഞ്ഞിട്ടായാലും വേലക്കാർ തങ്ങളുടെ യജമാനനെ കാത്ത് ഒരുക്കമുള്ളവരായിരുന്നു. യജമാനൻ തങ്ങളിൽ ഇത്രയധികം സംതൃപ്തനായതിൽ അവർ ആഹ്ലാദിച്ചു. വേലക്കാർ തന്റെ സ്വത്ത് ഇത്ര നന്നായി നോക്കിയതിൽ യജമാനൻ അത്രയധികം സന്തോഷിച്ചതുകൊണ്ട് അവൻ അവർക്ക് ഭക്ഷണം വിളമ്പിക്കൊടുത്തു (ലൂക്കൊ 12:35-38)!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പിന്നെ ഒരു ജ്ഞാനി കള്ളന്മാരിൽനിന്ന് തന്റെ വീടിനെ എങ്ങനെ കാക്കുന്നുവെന്ന് യേശു വിവരിച്ചു. കള്ളന്മാർ വരുമ്പോൾ മുന്നറിയിപ്പു തരില്ലല്ലോ; അതുകൊണ്ട് അവൻ എല്ലായ്പ്പോഴും ഒരുങ്ങിയിരിക്കുന്നു. യേശു എപ്പോൾ വീണ്ടും വരുമെന്ന് നാമും അറിയുന്നില്ല; അതുകൊണ്ട് നാം എല്ലായ്പ്പോഴും ഒരുങ്ങിയിരിക്കണമെന്ന് ഈ കഥ നമുക്കു മുന്നറിയിപ്പു തരുന്നു (12:39-40).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മറ്റു കഥകളിൽ, തന്നെ കാത്തിരിക്കുമ്പോൾ തന്റെ സുഹൃത്തുക്കൾ എന്താണ് ചെയ്യേണ്ടതെന്ന് യേശു കാണിക്കാൻ ആഗ്രഹിച്ചു. അവൻ വിശ്വസ്തനായ ഒരു കാര്യസ്ഥന്റെ പെരുമാറ്റം വിവരിച്ചു. </w:t>
      </w:r>
      <w:r>
        <w:rPr>
          <w:rFonts w:ascii="Nirmala UI" w:hAnsi="Nirmala UI" w:cs="Nirmala UI"/>
          <w:b/>
          <w:sz w:val="22"/>
        </w:rPr>
        <w:t xml:space="preserve">ചിത്രം 23 കാണിക്കുക. </w:t>
      </w:r>
      <w:r>
        <w:rPr>
          <w:rFonts w:ascii="Nirmala UI" w:hAnsi="Nirmala UI" w:cs="Nirmala UI"/>
          <w:b w:val="0"/>
          <w:sz w:val="22"/>
        </w:rPr>
        <w:t xml:space="preserve">തന്റെ അസാന്നിധ്യത്തിൽ തന്റെ വീട്ടുകാര്യങ്ങൾ നന്നായി ക്രമീകരിച്ചിരിക്കുന്നത് യജമാനൻ കണ്ടു; അതിനാൽ കാര്യസ്ഥന് തന്റെ വിശ്വസ്തവും ഉത്തമവുമായ സേവനത്തിന് പ്രതിഫലം കിട്ടി (12:42-44).</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ചുമതലയേല്പിക്കപ്പെട്ടവർ കുടിച്ചു മത്തരായി, യജമാനന്റെ സ്വത്തു പാഴാക്കി, തങ്ങൾ ഉത്തരവാദികളായിരുന്നവരെ ദ്രോഹിച്ചാൽ എന്തു സംഭവിക്കുമെന്നും യേശു വിവരിച്ചു. അവരുടെ ശിക്ഷ കഠിനമായിരിക്കും (12:45-46).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ഒരു വീട്ടുകാര്യം നോക്കുന്നതിനെക്കുറിച്ചു സംസാരിച്ചപ്പോൾ, അത് നമ്മുടെ ജീവിതത്തിന്റെ ഒരു ചിത്രമായി അവൻ ഉപയോഗിക്കുകയായിരുന്നു. ഒരു വീടിന് പല മുറികളുണ്ട്. ഉദാഹരണത്തിന്, സ്വീകരണമുറി, കിടപ്പുമുറികൾ, അടുക്കള, സംഭരണമുറി — ഇവ ഓരോന്നും നമ്മുടെ ജീവിതത്തിന്റെ ഓരോ ഭാഗം പോലെയാണ്. ഉദാഹരണത്തിന്, അടുക്കളയിലാണ് ധാരാളം ജോലി ചെയ്യപ്പെടുന്നത്. നാം എത്ര നന്നായി ജോലി ചെയ്യുന്നു? നമ്മുടെ ദൈനംദിന ജോലികൾ ചെയ്യുന്ന രീതിയിലൂടെ നമുക്ക് യേശുവിനെ മഹത്ത്വപ്പെടുത്താം. നമ്മുടെ മനസ്സ് സംഭരണമുറികൾ പോലെയാണ്. നാം എന്തിനെക്കുറിച്ച് അല്ലെങ്കിൽ ആരെക്കുറിച്ചാണ് ചിന്തിക്കുന്നത്? </w:t>
      </w:r>
      <w:r>
        <w:rPr>
          <w:rFonts w:ascii="Nirmala UI" w:hAnsi="Nirmala UI" w:cs="Nirmala UI"/>
          <w:b/>
          <w:sz w:val="22"/>
        </w:rPr>
        <w:t xml:space="preserve">മറ്റ് പ്രായോഗിക ഉദാഹരണങ്ങൾ ചിന്തിച്ചെടുക്കാൻ കഴിയുമോ എന്നു നോക്കുക.</w:t>
      </w:r>
    </w:p>
    <w:p>
      <w:r>
        <w:rPr>
          <w:rFonts w:ascii="Nirmala UI" w:hAnsi="Nirmala UI" w:cs="Nirmala UI"/>
          <w:b w:val="0"/>
          <w:sz w:val="22"/>
        </w:rPr>
        <w:t xml:space="preserve">കർത്താവ് നമ്മെ എല്ലാവരെയും തന്നെ ബഹുമാനിക്കാൻ സൃഷ്ടിച്ചു, എന്നാൽ അവൻ നമ്മെ പരസ്പരം വ്യത്യസ്തരായി സൃഷ്ടിച്ചു. അവൻ നമുക്ക് വ്യത്യസ്ത ഉത്തരവാദിത്വങ്ങളും കഴിവുകളും തന്നു. അവന്റെ മടങ്ങിവരവിനായി കാത്തിരിക്കാനും അവൻ നമുക്കു തന്നതുകൊണ്ട് നാം എന്തു ചെയ്തുവെന്ന് അവനെ കാണിക്കാൻ ഒരുങ്ങിയിരിക്കാനും നാം ആഗ്രഹിക്കുന്നു.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The Home Owner Returns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The Home Owner Returns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