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22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പരിക്കേറ്റ അപരിചിതനെ പരിപാലിക്കുന്നു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7: യേശു കർത്താവും രക്ഷകനും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നാം ദൈവവചനം വിശ്വസിക്കുകയും അനുസരിക്കുകയും ചെയ്യുമ്പോൾ അത് മറ്റെല്ലാവരോടുമുള്ള നമ്മുടെ ജീവിതരീതിയെയും പെരുമാറ്റത്തെയും മാറ്റുന്നുവെന്ന് കുട്ടികൾക്കു കാണിച്ചുകൊടുക്കുക.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ലൂക്കൊസ് 10:25-37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യോഹന്നാൻ 1:1-9 പുനരവലോകനം ചെയ്യുക</w:t>
            </w:r>
          </w:p>
          <w:p>
            <w:pPr>
              <w:spacing w:after="40"/>
            </w:pPr>
            <w:r>
              <w:rPr>
                <w:rFonts w:ascii="Calibri" w:hAnsi="Calibri" w:cs="Calibri" w:eastAsia="Calibri"/>
                <w:b w:val="0"/>
                <w:i/>
                <w:sz w:val="22"/>
              </w:rPr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 w:val="0"/>
          <w:sz w:val="22"/>
        </w:rPr>
        <w:t xml:space="preserve">ചിലപ്പോൾ ആളുകൾ പ്രയാസമുള്ള ചോദ്യങ്ങൾ ചോദിക്കും; എങ്ങനെ ഉത്തരം പറയണമെന്ന് നമുക്ക് അറിയാത്ത ചോദ്യങ്ങൾ. ചിലപ്പോൾ ഉത്തരം നമുക്കറിയാം, പക്ഷേ അത് പറയാൻ നാം ആഗ്രഹിക്കുന്നില്ല. ഉദാഹരണത്തിന്, കുട്ടികൾ സ്കൂളിൽനിന്ന് വൈകി വീട്ടിലെത്തിയാൽ എവിടെയായിരുന്നുവെന്ന് അമ്മ ചോദിച്ചേക്കാം. ചിലപ്പോൾ അവർക്ക് അമ്മയോടു പറയാൻ ആഗ്രഹമുണ്ടാകില്ല.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ആളുകൾ യേശുവിനോട് ധാരാളം ചോദ്യങ്ങൾ ചോദിച്ചു. ചിലപ്പോൾ അവർ അവനെ വിഷമിപ്പിക്കാൻ മാത്രമാണ് ചോദ്യം ചോദിച്ചത്. മതനേതാക്കൾ എപ്പോഴും അവനെ കുടുക്കാനുള്ള വഴികൾ അന്വേഷിച്ചുകൊണ്ടിരുന്നു. എന്നാൽ അത് ഒരിക്കലും ഫലിച്ചില്ല. അവരിൽ പലരും നല്ല നേതാക്കളല്ലെന്ന് യേശു എല്ലാവർക്കും കാണിച്ചുകൊടുത്തു; അതിനാൽ അവർ അവനോടു കോപിച്ചു.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മതനിയമങ്ങൾ വളരെ നന്നായി അറിയാവുന്ന ഒരു മനുഷ്യൻ നിത്യജീവൻ എങ്ങനെ പ്രാപിക്കാമെന്ന് യേശുവിനോടു ചോദിച്ചു. തീർച്ചയായും അവനെപ്പോലെ പഠിപ്പുള്ള ഒരാൾക്ക് തിരുവെഴുത്തിൽ നല്കിയിരിക്കുന്ന ഉത്തരം — കർത്താവിനെ സ്നേഹിക്കുക, അയൽക്കാരനെ സ്നേഹിക്കുക — ഇതിനകം അറിയാമായിരുന്നു. യേശുവിനെ കുടുക്കാൻ അവൻ ആഗ്രഹിച്ച പ്രയാസമുള്ള ചോദ്യം ഇതായിരുന്നു: എന്റെ അയൽക്കാരൻ ആര്? (ലൂക്കൊ 10:25-29).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യേശു അവനോട് ഒരു കഥ പറഞ്ഞു; അത് അവന്റെ അയൽക്കാരൻ ആരാണെന്നു മാത്രമല്ല, അവനെ എങ്ങനെ സ്നേഹിക്കണമെന്നും കാണിച്ചുകൊടുത്തു. ഇത് ഒരു യഥാർത്ഥ കഥയായിരിക്കാം. </w:t>
      </w:r>
      <w:r>
        <w:rPr>
          <w:rFonts w:ascii="Nirmala UI" w:hAnsi="Nirmala UI" w:cs="Nirmala UI"/>
          <w:b/>
          <w:sz w:val="22"/>
        </w:rPr>
        <w:t xml:space="preserve">10:30-35 ലെ കഥ സ്വന്തം വാക്കുകളിൽ പറയുക. </w:t>
      </w:r>
      <w:r>
        <w:rPr>
          <w:rFonts w:ascii="Nirmala UI" w:hAnsi="Nirmala UI" w:cs="Nirmala UI"/>
          <w:b w:val="0"/>
          <w:sz w:val="22"/>
        </w:rPr>
        <w:t xml:space="preserve">പുരോഹിതനും ലേവ്യനും മൃതശരീരം തൊടാൻ അനുവാദമില്ലാത്ത മതപരമായ ഉദ്യോഗസ്ഥരായിരുന്നു. മുറിവേറ്റ മനുഷ്യൻ യഥാർത്ഥത്തിൽ മരിച്ചിരുന്നെങ്കിൽ, അവനെ തൊടുന്നത് അവരെ അശുദ്ധരാക്കുകയും അങ്ങനെ കുറച്ചുകാലത്തേക്ക് അവരുടെ മതപരമായ കടമകൾ നിർവഹിക്കാൻ കഴിയാതാക്കുകയും ചെയ്യുമായിരുന്നു. ഒരു സഹായപ്രവൃത്തി ഔപചാരിക മതകടമകളെക്കാൾ പ്രധാനമാണെന്നാണ് യേശു പറഞ്ഞത്.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/>
          <w:sz w:val="22"/>
        </w:rPr>
        <w:t xml:space="preserve">പരിക്കേറ്റ മനുഷ്യനെ സഹായിക്കാൻ നിന്ന ശമര്യക്കാരൻ യഹൂദർ വെറുക്കുകയും നിന്ദിക്കുകയും ചെയ്ത ഒരു വർഗ്ഗത്തിൽപ്പെട്ടവനായിരുന്നുവെന്നു വിശദീകരിക്കുക. ചിത്രം 22 കാണിക്കുക. </w:t>
      </w:r>
      <w:r>
        <w:rPr>
          <w:rFonts w:ascii="Nirmala UI" w:hAnsi="Nirmala UI" w:cs="Nirmala UI"/>
          <w:b w:val="0"/>
          <w:sz w:val="22"/>
        </w:rPr>
        <w:t xml:space="preserve">ശമര്യക്കാരൻ തന്റെ സഹായത്തിൽ ഉദാരനായിരുന്നുവെന്നു ശ്രദ്ധിക്കുക. അവൻ കുറച്ചു പ്രഥമശുശ്രൂഷ മാത്രം കൊടുത്തില്ല. അവൻ മുറിവുകൾ ശ്രദ്ധയോടെ കഴുകി ചികിത്സിച്ചു. പിന്നെ ആ മനുഷ്യനെ പരിപാലിക്കാൻ കഴിയുന്ന ഒരു സ്ഥലത്തു കൊണ്ടുപോയി അവന്റെ താമസത്തിനു പണം കൊടുത്തു. ആ മനുഷ്യന്റെ അവസ്ഥ എന്താണെന്നും കൂടുതൽ പണം കൊടുക്കാനുണ്ടെങ്കിൽ അതും നോക്കാൻ മടങ്ങിവരുമെന്ന് അവൻ വാഗ്ദാനം പോലും ചെയ്തു. ഒരു സുഹൃത്തിൽനിന്നോ ബന്ധുവിൽനിന്നോ പ്രതീക്ഷിക്കാവുന്നത്ര സമയവും പണവും കരുതലും ശമര്യക്കാരൻ കൊടുത്തു; അതും സാധാരണഗതിയിൽ തന്റെ ശത്രുവായ ഒരാൾക്ക്!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അപ്പോൾ യേശു നിയമപണ്ഡിതനോടു ചോദിച്ചു, “ഈ മനുഷ്യന്റെ അയൽക്കാരനായി പെരുമാറിയത് ആര്?” ഉത്തരം അവന് അറിയാമായിരുന്നു, സന്ദേശം അവൻ മനസ്സിലാക്കുകയും ചെയ്തു; എന്നിട്ടും “ശമര്യക്കാരൻ” എന്ന വാക്ക് പറയാൻ അവനു മനസ്സുവന്നില്ല (10:36-37)! ആവശ്യത്തിലിരിക്കുന്ന ഏതൊരാളോടും നാം സ്നേഹവും കരുതലും കാണിക്കണമെന്ന് യേശു പ്രതീക്ഷിക്കുന്നു. അവൻ ചെയ്തത് അതാണ് (റോമ 5:8).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/>
          <w:sz w:val="22"/>
        </w:rPr>
        <w:t xml:space="preserve">അഭിനയിക്കാൻ വളരെ നല്ല കഥയാണിത്. യേശു പറഞ്ഞതുപോലെയോ ആധുനിക കാലത്തേക്കു മാറ്റിയോ ഇത് അഭിനയിക്കാം. പുരോഹിതനും ലേവ്യനും പകരം സാധാരണഗതിയിൽ സഹായിക്കുമെന്ന് പ്രതീക്ഷിക്കപ്പെടുന്ന ആളുകളെ വയ്ക്കണം. ശമര്യക്കാരൻ ഗോത്രവിദ്വേഷമോ വംശീയ മുൻവിധിയോ ഉള്ള ഒരാളായിരിക്കണം.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22 – Care for an Injured Stranger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22 – Care for an Injured Stranger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