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13</w:t>
      </w:r>
    </w:p>
    <w:p>
      <w:pPr>
        <w:keepNext/>
        <w:spacing w:after="40"/>
      </w:pPr>
      <w:r>
        <w:rPr>
          <w:rFonts w:ascii="Nirmala UI" w:hAnsi="Nirmala UI" w:cs="Nirmala UI"/>
          <w:b/>
          <w:color w:val="1F4E79"/>
          <w:sz w:val="52"/>
        </w:rPr>
        <w:t xml:space="preserve">ഉയിർത്തെഴുന്നേറ്റ യേശു രണ്ടു സുഹൃത്തുക്കളെ പഠിപ്പിക്കുന്നു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7: യേശു കർത്താവും രക്ഷകനും</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ഉയിർത്തെഴുന്നേറ്റ യേശു തന്റെ രണ്ടു സുഹൃത്തുക്കൾക്കു പ്രത്യക്ഷനായി, പഴയനിയമ തിരുവെഴുത്തുകളിൽനിന്ന് തന്നെക്കുറിച്ചുള്ള എല്ലാ കാര്യങ്ങളും അവരെ പഠിപ്പിച്ചതെങ്ങനെയെന്ന് കുട്ടികൾക്കു കാണിച്ചുകൊടുക്കുക.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ലൂക്കൊസ് 24:13-35</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1:10</w:t>
            </w:r>
          </w:p>
          <w:p>
            <w:pPr>
              <w:spacing w:after="40"/>
            </w:pPr>
            <w:r>
              <w:rPr>
                <w:rFonts w:ascii="Nirmala UI" w:hAnsi="Nirmala UI" w:cs="Nirmala UI"/>
                <w:b w:val="0"/>
                <w:i/>
                <w:sz w:val="22"/>
              </w:rPr>
              <w:t xml:space="preserve">അവൻ ലോകത്തിൽ ഉണ്ടായിരുന്നു; ലോകം അവൻ മുഖാന്തരം ഉളവായി; എങ്കിലും ലോകം അവനെ അറിഞ്ഞില്ല.</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ഒരു ഗ്രാമത്തിൽനിന്ന് അടുത്ത ഗ്രാമത്തിലേക്കു പോലെ ദീർഘദൂരം നടക്കേണ്ടിവരുമ്പോൾ കൂടെ ഒരാൾ ഉണ്ടായിരിക്കുന്നത് നല്ലതാണ്. സംസാരിക്കാൻ ഒരാൾ ഉള്ളപ്പോൾ യാത്ര ചെറുതായി തോന്നും.</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യേശുവിന്റെ രണ്ടു സുഹൃത്തുക്കൾ യെരൂശലേം നഗരത്തിൽനിന്ന് ഏകദേശം 11 കിലോമീറ്റർ അകലെയുള്ള എമ്മാവൂസ് ഗ്രാമത്തിലേക്കു നടക്കുകയായിരുന്നു. യേശുവിനെ ക്രൂശിച്ചതിന്റെ പിറ്റേന്ന് ഞായറാഴ്ച ഉച്ചകഴിഞ്ഞ് അവർ നടക്കുമ്പോൾ സംഭവിച്ചതെല്ലാം ചർച്ച ചെയ്തു. അപ്പോൾ ഒരു അപരിചിതൻ അവരുടെ അടുത്തെത്തി അവരോടൊപ്പം ചേർന്നു. അത് യേശു തന്നെ ആയിരുന്നു, എന്നാൽ അവർ അവനെ തിരിച്ചറിഞ്ഞില്ല! അവർ എന്തിനെക്കുറിച്ചാണ് സംസാരിക്കുന്നതെന്ന് അവൻ ചോദിച്ചു (ലൂക്കൊ 24:13-17).</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ആ ആഴ്ച യെരൂശലേമിൽ ഉണ്ടായിരുന്നിട്ടും നഗരം മുഴുവൻ സംസാരിച്ചുകൊണ്ടിരുന്ന ഭയാനക സംഭവങ്ങൾ ഈ അപരിചിതൻ അറിഞ്ഞില്ലല്ലോ എന്ന് അവർ അത്ഭുതപ്പെട്ടു. </w:t>
      </w:r>
      <w:r>
        <w:rPr>
          <w:rFonts w:ascii="Nirmala UI" w:hAnsi="Nirmala UI" w:cs="Nirmala UI"/>
          <w:b/>
          <w:sz w:val="22"/>
        </w:rPr>
        <w:t xml:space="preserve">അവർ യേശുവിനോട് എങ്ങനെ ഉത്തരം പറഞ്ഞുവെന്ന് ക്ലാസ്സിനോടു പറയുക (24:18-24). അവർ വളരെ ദുഃഖിതരും ആശയക്കുഴപ്പത്തിലുമായിരുന്നു.</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ചിത്രം 13 കാണിക്കുക. </w:t>
      </w:r>
      <w:r>
        <w:rPr>
          <w:rFonts w:ascii="Nirmala UI" w:hAnsi="Nirmala UI" w:cs="Nirmala UI"/>
          <w:b w:val="0"/>
          <w:sz w:val="22"/>
        </w:rPr>
        <w:t xml:space="preserve">ക്രിസ്തു അഥവാ മശിഹാ എന്ന് അവർ വിളിച്ച ദൈവപുത്രൻ ഈ ലോകത്തിൽ വരുമ്പോൾ കഷ്ടം അനുഭവിച്ചു മരിക്കുമെന്ന് മോശെയും മറ്റു പ്രവാചകന്മാരും എഴുതിയിട്ടുണ്ടെന്ന് യേശു ആ സുഹൃത്തുക്കളെ ഓർമ്മിപ്പിച്ചു. ബാക്കിയുള്ള ആ യാത്രയിൽ അവൻ ഉയിർത്തെഴുന്നേല്പിനെക്കുറിച്ചും ദൈവരാജ്യത്തിന്റെ വരവിനെക്കുറിച്ചും അവരെ കൂടുതൽ പഠിപ്പിച്ചു (24:25-27).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എമ്മാവൂസിൽ എത്തിയപ്പോൾ ഭക്ഷണത്തിനായി തങ്ങളോടൊപ്പം താമസിക്കാൻ ആ രണ്ടു സുഹൃത്തുക്കളും അപരിചിതനെ നിർബന്ധിച്ചു. യേശു അപ്പം എടുത്ത് അനുഗ്രഹിച്ചപ്പോൾ ആ അപരിചിതൻ യഥാർത്ഥത്തിൽ ആരാണെന്ന് അവസാനം അവർ തിരിച്ചറിഞ്ഞു. ആ നിമിഷം യേശു അവരെ വിട്ടുപോയി (24:28-32).</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ആ സുഹൃത്തുക്കൾ വളരെ സന്തോഷിച്ചതിനാൽ ഉടൻതന്നെ മറ്റു ശിഷ്യന്മാരോടു പറയാൻ യെരൂശലേമിലേക്കു മുഴുവൻ വഴി നടന്നുതിരിച്ചുപോയി! അപ്പോഴേക്കും ഇരുട്ടായിട്ടുണ്ടാകും. യേശു വീണ്ടും ജീവനോടെ ഇരിക്കുന്നതു കണ്ടതിനെക്കുറിച്ച് പറയാൻ മറ്റു ശിഷ്യന്മാർക്കും അത്ഭുതകരമായ വാർത്ത ഉണ്ടായിരുന്നു (24:33-35).</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ഭയാനകമായ ആ സംഭവങ്ങളുടെ പിന്നിലുള്ള സദ്വാർത്ത യേശു വിശദീകരിക്കുന്നത് ആ രണ്ടു ശിഷ്യന്മാർ കേട്ടത് എത്ര അത്ഭുതകരമായിരുന്നിരിക്കണം! അതുതന്നെ ചെയ്യാൻ യേശു നമ്മോടും പറയുന്നു: രക്ഷകനായി അവനെ അറിയാത്ത ആളുകളെ കണ്ടുമുട്ടുമ്പോൾ അവന്റെ കഥ അവരോടു പറയുക.</w:t>
      </w:r>
    </w:p>
    <w:p>
      <w:r>
        <w:rPr>
          <w:rFonts w:ascii="Nirmala UI" w:hAnsi="Nirmala UI" w:cs="Nirmala UI"/>
          <w:b w:val="0"/>
          <w:sz w:val="22"/>
        </w:rPr>
        <w:t xml:space="preserve">40 വർഷം യൂറോപ്പിലെ അൽബേനിയ എന്ന രാജ്യം സുവിശേഷത്തിന് അടഞ്ഞുകിടന്നു. ദൈവം ജീവിക്കുന്നു എന്നു വിശ്വസിക്കാൻപോലും ആർക്കും അനുവാദമില്ലായിരുന്നു. അയൽരാജ്യത്തെ ഒരു പാസ്റ്റർ ബൈബിളിന്റെ ഭാഗങ്ങൾ പ്ലാസ്റ്റിക് കുപ്പികളിലാക്കി കടലിൽ എറിഞ്ഞു. കടൽപ്രവാഹങ്ങൾ അവയെ അൽബേനിയൻ തീരത്ത് എത്തിക്കണമേ എന്ന് അദ്ദേഹം പ്രാർത്ഥിച്ചു. അൽബേനിയയിൽ കാര്യങ്ങൾ മാറിയശേഷം ആ പാസ്റ്റർ സുവിശേഷം പ്രസംഗിക്കാൻ അവിടെ പോയി. ബൈബിൾ വചനങ്ങൾ നിറച്ച ആ കുപ്പികളിൽ ഒന്ന് എടുത്ത ഒരു മനുഷ്യനെ അദ്ദേഹം കണ്ടുമുട്ടി. ആ തിരുവെഴുത്തു ഭാഗങ്ങൾ താൻ വായിച്ചുവെന്നും അത് യേശുവിനെ അനുഗമിക്കാൻ തന്നെ ആഗ്രഹിപ്പിച്ചുവെന്നും ആ മനുഷ്യൻ പാസ്റ്ററോടു പറഞ്ഞു!</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13 – The Risen Jesus Teaches Two Friends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13 – The Risen Jesus Teaches Two Friends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