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12</w:t>
      </w:r>
    </w:p>
    <w:p>
      <w:pPr>
        <w:keepNext/>
        <w:spacing w:after="40"/>
      </w:pPr>
      <w:r>
        <w:rPr>
          <w:rFonts w:ascii="Nirmala UI" w:hAnsi="Nirmala UI" w:cs="Nirmala UI"/>
          <w:b/>
          <w:color w:val="1F4E79"/>
          <w:sz w:val="52"/>
        </w:rPr>
        <w:t xml:space="preserve">യേശു തന്റെ സുഹൃത്തുക്കൾക്കു പ്രത്യക്ഷനാകുന്നു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ശിഷ്യന്മാർക്കു പ്രത്യക്ഷനായി പത്രൊസിനോട് പ്രത്യേകം സംസാരിച്ചതെങ്ങനെയെന്നും, യേശു ആരാണെന്നും തന്നിൽ വിശ്വസിക്കുന്ന എല്ലാവർക്കും അവൻ എന്തു നല്കുന്നുവെന്നും എല്ലാവരോടും പറയുന്ന ദൗത്യം പത്രൊസിനെ ഏല്പിച്ചതെങ്ങനെയെന്നും കുട്ടികൾക്കു കാണിച്ചുകൊടുക്കുക.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യോഹന്നാൻ 21:1-19</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പുതിയ വാക്യമില്ല</w:t>
            </w:r>
          </w:p>
          <w:p>
            <w:pPr>
              <w:spacing w:after="40"/>
            </w:pPr>
            <w:r>
              <w:rPr>
                <w:rFonts w:ascii="Nirmala UI" w:hAnsi="Nirmala UI" w:cs="Nirmala UI"/>
                <w:b w:val="0"/>
                <w:i/>
                <w:sz w:val="22"/>
              </w:rPr>
              <w:t xml:space="preserve">ഇതുവരെയുള്ള ഭാഗം പുനരവലോകനം ചെയ്യുക.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തങ്ങൾക്കു ചെയ്യാൻ കഴിയുമെന്ന് അറിയുന്നതും ഒരുപക്ഷേ നന്നായി ചെയ്യുന്നതുമായ കാര്യങ്ങളെക്കുറിച്ച് ക്ലാസ്സിനോടു സംസാരിക്കുക. ഉദാഹരണങ്ങൾ: </w:t>
      </w:r>
      <w:r>
        <w:rPr>
          <w:rFonts w:ascii="Nirmala UI" w:hAnsi="Nirmala UI" w:cs="Nirmala UI"/>
          <w:b w:val="0"/>
          <w:sz w:val="22"/>
        </w:rPr>
        <w:t xml:space="preserve">ആടുകളെയോ മറ്റു മൃഗങ്ങളെയോ പരിപാലിക്കുക, തകരംകൊണ്ടോ കമ്പികൊണ്ടോ കളിപ്പാട്ടങ്ങൾ ഉണ്ടാക്കുക, ചെറിയ കുട്ടികളെ നോക്കുക, ചായ ഉണ്ടാക്കി വിളമ്പുക.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യേശുവിന്റെ ശിഷ്യന്മാരിൽ പലരും മീൻപിടുത്തക്കാരായിരുന്നു. അത് അവരുടെ തൊഴിലായിരുന്നു, അവർ അതിൽ നിപുണരുമായിരുന്നു; എന്നാൽ യേശുവിനെ പിന്തുടർന്ന മൂന്നു വർഷം അവർ അത് ഏറെക്കുറെ ഉപേക്ഷിച്ചിരുന്നു. ഇപ്പോൾ യേശു ജീവിച്ചിരിക്കുന്നുവെന്ന് അവർക്കറിയാം. അവർ അവനെ കണ്ടിരുന്നു. എന്നിട്ടും അവർ വളരെ ആശയക്കുഴപ്പത്തിലായിരുന്നു; ആ അസാധാരണ സംഭവങ്ങളുടെയെല്ലാം ഫലം എന്തായിരിക്കുമെന്ന് അവർക്കു മനസ്സിലായില്ല. അതുകൊണ്ട് അവരിൽ ഏഴുപേർ തങ്ങൾക്കു നന്നായി അറിയാവുന്ന ഒരു കാര്യം ചെയ്യാൻ തീരുമാനിച്ചു. അവർ ഗലീലക്കടലിൽ മീൻപിടിക്കാൻ പോയി. എന്നാൽ അവർ നല്ല മീൻപിടുത്തക്കാരായിരുന്നിട്ടും രാത്രി മുഴുവൻ ഒന്നും പിടിച്ചില്ല (21:2-3).</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സൂര്യോദയ സമയത്ത് അവർക്കു തിരിച്ചറിയാൻ കഴിയാത്ത ഒരു മനുഷ്യൻ കരയിൽനിന്ന് അവരെ വിളിച്ചു. </w:t>
      </w:r>
      <w:r>
        <w:rPr>
          <w:rFonts w:ascii="Nirmala UI" w:hAnsi="Nirmala UI" w:cs="Nirmala UI"/>
          <w:b/>
          <w:sz w:val="22"/>
        </w:rPr>
        <w:t xml:space="preserve">ആ മനുഷ്യൻ എന്തു പറഞ്ഞെന്നും ശിഷ്യന്മാർ അവന്റെ നിർദ്ദേശം അനുസരിച്ചപ്പോൾ എന്തു സംഭവിച്ചെന്നും ക്ലാസ്സിനോടു പറയുക (21:4-6).</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അപ്പോൾ അത് കരയിൽ നില്ക്കുന്ന യേശുവാണെന്ന് യോഹന്നാൻ തിരിച്ചറിഞ്ഞു. </w:t>
      </w:r>
      <w:r>
        <w:rPr>
          <w:rFonts w:ascii="Nirmala UI" w:hAnsi="Nirmala UI" w:cs="Nirmala UI"/>
          <w:b/>
          <w:sz w:val="22"/>
        </w:rPr>
        <w:t xml:space="preserve">യോഹന്നാൻ സ്വന്തം പേരിനുപകരം തന്നെത്തന്നെ “യേശു സ്നേഹിച്ച ശിഷ്യൻ” എന്നു വിളിക്കുന്നുവെന്നു വിശദീകരിക്കുക (21:7a). </w:t>
      </w:r>
      <w:r>
        <w:rPr>
          <w:rFonts w:ascii="Nirmala UI" w:hAnsi="Nirmala UI" w:cs="Nirmala UI"/>
          <w:b w:val="0"/>
          <w:sz w:val="22"/>
        </w:rPr>
        <w:t xml:space="preserve">യേശുവിനെ അഭിവാദ്യം ചെയ്യാൻ പത്രൊസിനു കാത്തിരിക്കാൻ കഴിഞ്ഞില്ല. ക്ഷീണിതരും വിശന്നവരുമായ മീൻപിടുത്തക്കാർക്കായി യേശു കരയിൽ ഭക്ഷണം ഒരുക്കിയിരുന്നു. തങ്ങളുടെ അത്ഭുതകരമായ മീൻപിടുത്തത്തിൽനിന്ന് അവർ കുറച്ചു മീൻ കൂടി അതിൽ ചേർത്തു (21:7b-14). </w:t>
      </w:r>
      <w:r>
        <w:rPr>
          <w:rFonts w:ascii="Nirmala UI" w:hAnsi="Nirmala UI" w:cs="Nirmala UI"/>
          <w:b/>
          <w:sz w:val="22"/>
        </w:rPr>
        <w:t xml:space="preserve">ചിത്രം 12 കാണിക്കുക. </w:t>
      </w:r>
      <w:r>
        <w:rPr>
          <w:rFonts w:ascii="Nirmala UI" w:hAnsi="Nirmala UI" w:cs="Nirmala UI"/>
          <w:b w:val="0"/>
          <w:sz w:val="22"/>
        </w:rPr>
        <w:t xml:space="preserve">അന്ന് യേശു തന്റെ സുഹൃത്തുക്കൾക്കായി രണ്ട് അത്ഭുതങ്ങൾ ചെയ്തു. മീൻ ഇല്ലെന്നു തോന്നിയിടത്ത് അവർക്കു വളരെയധികം മീൻ പിടിക്കാൻ അവൻ ഇടയാക്കി; അവർ ഒരു മീനും കൊണ്ടുവരുന്നതിനുമുമ്പുതന്നെ അവൻ അവർക്കായി ഭക്ഷണം ഒരുക്കിവച്ചിരുന്നു.</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പ്രഭാതഭക്ഷണത്തിനുശേഷം യേശു പത്രൊസിനെ മാറ്റിനിർത്തി പ്രത്യേകം സംസാരിച്ചു. </w:t>
      </w:r>
      <w:r>
        <w:rPr>
          <w:rFonts w:ascii="Nirmala UI" w:hAnsi="Nirmala UI" w:cs="Nirmala UI"/>
          <w:b/>
          <w:sz w:val="22"/>
        </w:rPr>
        <w:t xml:space="preserve">യേശു പത്രൊസിനോടു ചോദിച്ച മൂന്നു ചോദ്യങ്ങളും പത്രൊസ് നല്കിയ ഉത്തരങ്ങളും യേശു പത്രൊസിനെ ഏല്പിച്ച ദൗത്യവും വിവരിക്കുക (21:15-19). </w:t>
      </w:r>
      <w:r>
        <w:rPr>
          <w:rFonts w:ascii="Nirmala UI" w:hAnsi="Nirmala UI" w:cs="Nirmala UI"/>
          <w:b w:val="0"/>
          <w:sz w:val="22"/>
        </w:rPr>
        <w:t xml:space="preserve">യേശു ക്രൂശിക്കപ്പെടുന്നതിനുമുമ്പത്തെ രാത്രി പത്രൊസ് മൂന്നു പ്രാവശ്യം യേശുവിനെ അറിയില്ലെന്നു പറഞ്ഞു. ഇപ്പോൾ യേശു പത്രൊസിനോട് തന്നെ സ്നേഹിക്കുന്നുവോ എന്നു മൂന്നു പ്രാവശ്യം ചോദിച്ചു. താൻ യഥാർത്ഥത്തിൽ യേശുവിനെ സ്നേഹിക്കുന്നുവെന്നും അവന്റെ കല്പനകൾ അനുസരിക്കാൻ ആഗ്രഹിക്കുന്നുവെന്നും പത്രൊസ് ഉത്തരം പറഞ്ഞ രീതിയിലൂടെ കാണിക്കാൻ ആഗ്രഹിച്ചു.</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യേശു പത്രൊസിനോടു ചോദിച്ച അതേ ചോദ്യങ്ങൾ നമ്മോടും ചോദിക്കുന്നു. നിങ്ങൾ ഓരോരുത്തർക്കും ഈ ചോദ്യത്തിനു മുമ്പിൽ നിങ്ങളുടെ സ്വന്തം പേര് വയ്ക്കാം, ഉദാഹരണത്തിന്: “രൂത്ത്/ജുമാ, നീ എന്നെ സ്നേഹിക്കുന്നുവോ?”</w:t>
      </w:r>
    </w:p>
    <w:p>
      <w:r>
        <w:rPr>
          <w:rFonts w:ascii="Nirmala UI" w:hAnsi="Nirmala UI" w:cs="Nirmala UI"/>
          <w:b w:val="0"/>
          <w:sz w:val="22"/>
        </w:rPr>
        <w:t xml:space="preserve">നിങ്ങൾ അവനെ സ്നേഹിക്കുന്നുവെങ്കിൽ യേശു ഈ കല്പന നിങ്ങൾക്കും തരുന്നു: “എന്റെ ആട്ടിൻകൂട്ടത്തെ പരിപാലിക്കുക.” യേശുക്രിസ്തുവിനെ അനുഗമിക്കാൻ മനസ്സുള്ള ഓരോരുത്തർക്കുമായി ദൈവം ഒരു ദൗത്യം ആസൂത്രണം ചെയ്തിട്ടുണ്ട് (എഫെ 2:10).</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12 – Jesus Appears to His Friends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12 – Jesus Appears to His Friends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