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11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മറിയയും യേശുവും കല്ലറയ്ക്കൽ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7: യേശു കർത്താവും രക്ഷകനും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ജീവനുള്ള ദൈവത്തിന്റെ പുത്രനെ മരണത്തിനു പിടിച്ചുനിർത്താൻ കഴിഞ്ഞില്ലെന്ന് കുട്ടികൾക്കു കാണിച്ചുകൊടുക്കുക.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യോഹന്നാൻ 20:1-2, 10-18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യോഹന്നാൻ 1:9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എല്ലാ മനുഷ്യനെയും പ്രകാശിപ്പിക്കുന്ന യഥാർത്ഥ വെളിച്ചം ലോകത്തിലേക്കു വരുന്നുണ്ടായിരുന്നു.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 w:val="0"/>
          <w:sz w:val="22"/>
        </w:rPr>
        <w:t xml:space="preserve">വളരെ അത്ഭുതകരമായ എന്തെങ്കിലും നിങ്ങൾ കണ്ടിട്ടുണ്ടെങ്കിൽ, അത് യഥാർത്ഥമാണെന്ന് ആദ്യം വിശ്വസിക്കാൻ കഴിയാതിരുന്നത് നിങ്ങൾ ഓർക്കും. </w:t>
      </w:r>
      <w:r>
        <w:rPr>
          <w:rFonts w:ascii="Nirmala UI" w:hAnsi="Nirmala UI" w:cs="Nirmala UI"/>
          <w:b/>
          <w:sz w:val="22"/>
        </w:rPr>
        <w:t xml:space="preserve">ഇതിന് ഒരു ഉദാഹരണം പറയുക, ഉദാഹരണത്തിന് വളരെക്കാലത്തെ അസാന്നിധ്യത്തിനുശേഷം ഒരാൾ അപ്രതീക്ഷിതമായി സമൂഹത്തിലേക്കു മടങ്ങിവരുന്നത്.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മഗ്ദലന മറിയയ്ക്കു വലിയ ഒരു അത്ഭുതം നേരിട്ടു. യേശുവിനെ ക്രൂശിച്ചതിന്റെ മൂന്നാം ദിവസം അവൾ യേശുവിന്റെ കല്ലറയ്ക്കൽ ചെന്നപ്പോൾ അത്ഭുതകരമായ ചില കാര്യങ്ങൾ സംഭവിച്ചു. അന്നു രാവിലെ പുറപ്പെട്ടപ്പോൾ സംഭവിച്ചതെല്ലാം ഓർത്ത് അവൾ ഒരുപക്ഷേ വളരെ ദുഃഖിതയായിരുന്നിരിക്കാം. </w:t>
      </w:r>
      <w:r>
        <w:rPr>
          <w:rFonts w:ascii="Nirmala UI" w:hAnsi="Nirmala UI" w:cs="Nirmala UI"/>
          <w:b/>
          <w:sz w:val="22"/>
        </w:rPr>
        <w:t xml:space="preserve">ചിത്രം 11 കാണിക്കുക. </w:t>
      </w:r>
      <w:r>
        <w:rPr>
          <w:rFonts w:ascii="Nirmala UI" w:hAnsi="Nirmala UI" w:cs="Nirmala UI"/>
          <w:b w:val="0"/>
          <w:sz w:val="22"/>
        </w:rPr>
        <w:t xml:space="preserve">യേശുവിന്റെ കല്ലറയുടെ പ്രവേശനത്തിനു മുമ്പിലുള്ള വലിയ കല്ല് ഉരുട്ടിമാറ്റിയിരിക്കുന്നത് കണ്ടതാണ് അവളുടെ ആദ്യത്തെ അത്ഭുതം. അവൾ വിഷമിച്ച് ശിമോൻ പത്രൊസിനോടു പറയാൻ ഓടിപ്പോയി (20:1-2).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പത്രൊസും യോഹന്നാനും അന്വേഷിക്കാൻ കല്ലറയ്ക്കുള്ളിൽ കടന്നപ്പോൾ മറിയ പുറത്തു നിന്നു കരഞ്ഞു. അവർ പോയശേഷം അവൾ അകത്തു നോക്കി. </w:t>
      </w:r>
      <w:r>
        <w:rPr>
          <w:rFonts w:ascii="Nirmala UI" w:hAnsi="Nirmala UI" w:cs="Nirmala UI"/>
          <w:b/>
          <w:sz w:val="22"/>
        </w:rPr>
        <w:t xml:space="preserve">ചിത്രം 11 കാണിച്ച് അവൾ കണ്ടതും കേട്ടതും വിവരിക്കുക (20:3, 10-13). ക്ലാസ്സിനെ ചിത്രം കാണിക്കുമ്പോൾ യേശുവിന്റെ രൂപം (ചിത്രത്തിൽ ഇടതുവശത്ത്) ഒരു കടലാസ് കൊണ്ട് മറയ്ക്കുക.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മറിയ വളരെ കരഞ്ഞതുകൊണ്ട് കല്ലറയ്ക്കു പുറത്ത് അവളുടെ അരികെ ഒരു മനുഷ്യൻ പ്രത്യക്ഷപ്പെട്ടപ്പോൾ അവൾക്കു വ്യക്തമായി കാണാൻ കഴിഞ്ഞില്ല. അത് തോട്ടക്കാരൻ ആയിരിക്കുമെന്നും യേശുവിന്റെ ശരീരം എവിടെ വച്ചുവെന്ന് അവനറിയുമെന്നും അവൾ കരുതി (20:14-15). </w:t>
      </w:r>
      <w:r>
        <w:rPr>
          <w:rFonts w:ascii="Nirmala UI" w:hAnsi="Nirmala UI" w:cs="Nirmala UI"/>
          <w:b/>
          <w:sz w:val="22"/>
        </w:rPr>
        <w:t xml:space="preserve">യേശു മറിയയുടെ പേര് വിളിച്ചപ്പോൾ എന്തു സംഭവിച്ചു എന്നു പറയുക (20:16). കഥയുടെ ഈ ഭാഗം പറയുമ്പോൾ ചിത്രം 11 ൽനിന്ന് കടലാസ് നീക്കുക.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അന്നു രാവിലെ രണ്ടാം തവണയും മറിയയ്ക്കു വലിയ അത്ഭുതം നേരിട്ടു. ഇത്തവണ അത് അവളെ സന്തോഷംകൊണ്ടു നിറച്ചു! താൻ ജീവിച്ചിരിക്കുന്നുവെന്ന് ശിഷ്യന്മാരോടു ചെന്നു പറയാൻ യേശു അവളോടു പറഞ്ഞു. മറിയ വളരെ ആഹ്ലാദിച്ച് ആ അത്ഭുത വാർത്തയുമായി അവരുടെ അടുക്കലേക്ക് ഓടി (20:17-18).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യേശു പേര് വിളിച്ചപ്പോൾ മറിയ അവനെ തിരിച്ചറിഞ്ഞു. തനിക്കുള്ളവരെല്ലാം ഓരോരുത്തരുടെയും പേര് യേശു അറിയുന്നു. യേശു ജീവിച്ചിരിക്കുന്നതിൽ നിങ്ങൾ മറിയയെപ്പോലെ ആഹ്ലാദിക്കുന്നുണ്ടോ? പാപത്തെയും തിന്മയെയും ജയിച്ചതിനാൽ അവൻ മരണത്തെ ജയിച്ചു. നമുക്കു നിത്യജീവൻ നല്കാൻ അവൻ കല്ലറയിൽനിന്ന് ഉയിർത്തെഴുന്നേറ്റു.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11 – Mary and Jesus at the Tomb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11 – Mary and Jesus at the Tomb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