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യേശു ലാസറിനെ കല്ലറയിൽനിന്നു വിളിച്ചുണർത്തുന്നു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7: യേശു കർത്താവും രക്ഷകനും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 മരണത്തിന്മേൽ തനിക്കുള്ള അധികാരം എങ്ങനെ കാണിച്ചു എന്നു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11:1-45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1:6-7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പാഠം 8 ൽ കുട്ടികൾ പഠിച്ചുതുടങ്ങിയ രണ്ടു വാക്യങ്ങൾ പൂർത്തിയാക്കുക.</w:t>
            </w:r>
          </w:p>
        </w:tc>
      </w:tr>
    </w:tbl>
    <w:p>
      <w:pPr>
        <w:spacing w:after="40"/>
      </w:pP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color="F0C36D"/>
          <w:left w:val="single" w:sz="6" w:color="F0C36D"/>
          <w:bottom w:val="single" w:sz="6" w:color="F0C36D"/>
          <w:right w:val="single" w:sz="6" w:color="F0C36D"/>
          <w:insideH w:val="single" w:sz="6" w:color="F0C36D"/>
          <w:insideV w:val="single" w:sz="6" w:color="F0C36D"/>
        </w:tblBorders>
        <w:tblCellMar>
          <w:top w:w="100" w:type="dxa"/>
          <w:left w:w="160" w:type="dxa"/>
          <w:bottom w:w="100" w:type="dxa"/>
          <w:right w:w="160" w:type="dxa"/>
        </w:tblCellMar>
      </w:tblPr>
      <w:tblGrid>
        <w:gridCol w:w="9412"/>
      </w:tblGrid>
      <w:tr>
        <w:tc>
          <w:tcPr>
            <w:tcW w:type="dxa" w:w="9412"/>
            <w:shd w:val="clear" w:color="auto" w:fill="FFF4D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7F5A00"/>
                <w:sz w:val="21"/>
              </w:rPr>
              <w:t xml:space="preserve">ശ്രദ്ധിക്കുക: </w:t>
            </w:r>
            <w:r>
              <w:rPr>
                <w:rFonts w:ascii="Nirmala UI" w:hAnsi="Nirmala UI" w:cs="Nirmala UI"/>
                <w:sz w:val="21"/>
              </w:rPr>
              <w:t xml:space="preserve">ദൈവത്തിങ്കൽനിന്ന് അയയ്ക്കപ്പെട്ട ഒരു മനുഷ്യൻ ഉണ്ടായിരുന്നു; അവന്റെ പേര് യോഹന്നാൻ. അവൻ ആ വെളിച്ചത്തെക്കുറിച്ചു സാക്ഷ്യം പറയാൻ സാക്ഷിയായി വന്നു; അവൻ മുഖാന്തരം എല്ലാവരും വിശ്വസിക്കേണ്ടതിന്.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സുഹൃത്തുക്കൾ ഉണ്ടായിരിക്കുന്നത് വളരെ നല്ലതാണ്. സുഹൃത്തുക്കൾ ഉണ്ടായിരിക്കുന്നതിൽ നിങ്ങൾക്ക് എന്താണ് ഇഷ്ടം? കുട്ടികൾക്കു പ്രതികരിക്കാൻ സമയം കൊടുക്കുക. മറ്റുള്ളവരോടൊപ്പം കാര്യങ്ങൾ ചെയ്യുന്നത് രസകരമാണ്. ഫുട്ബോൾ പോലെ പല പ്രവർത്തനങ്ങളും നിങ്ങൾക്ക് ഒറ്റയ്ക്കു ചെയ്യാൻ കഴിയില്ല.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യേശുവിനും ചില പ്രത്യേക സുഹൃത്തുക്കൾ ഉണ്ടായിരുന്നു. മാർത്ത, മറിയ, ലാസർ എന്ന ബേഥാന്യയിലെ രണ്ടു സഹോദരിമാരും ഒരു സഹോദരനും ആയിരുന്നു അവർ. ഒരു ദിവസം ലാസർ വളരെ ഗുരുതരമായി രോഗിയായി; അതുകൊണ്ട് വരണമെന്ന് സഹോദരിമാർ യേശുവിന് സന്ദേശം അയച്ചു. അത്ഭുതകരമെന്നു പറയട്ടെ, തന്റെ പ്രിയ സുഹൃത്തിനെ കാണാൻ യേശു ഉടനെ തിടുക്കത്തിൽ പോയില്ല (11:1-3, 5-6).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കുറച്ചു ദിവസങ്ങൾക്കുശേഷം ലാസർ മരിച്ചുപോയെന്ന് യേശു തന്റെ ശിഷ്യന്മാരോടു പറഞ്ഞു. ഇപ്പോൾ അവൻ ബേഥാന്യയിലേക്കു പോകും. ലാസർ മരിച്ചപ്പോൾ സഹായിക്കാൻ താൻ അവിടെ ഇല്ലാതിരുന്നതിൽ താൻ സന്തോഷിക്കുന്നുവെന്ന് അവൻ പറഞ്ഞു; കാരണം വരാനിരിക്കുന്ന സംഭവങ്ങൾ ദൈവത്തിന്റെ ശക്തിയും മഹത്ത്വവും ഇനിയും നന്നായി കാണിക്കും. ദൈവപുത്രനായ തന്നിൽ ആശ്രയിക്കാൻ അത് ആളുകളെ സഹായിക്കും (11:4, 11-15).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മാർത്ത വീട്ടിൽനിന്നു യേശുവിനെ കാണാൻ പുറത്തുവന്നു. യേശു മുമ്പേ വരാതിരുന്നതിൽ അവളും സഹോദരി മറിയയും വിഷമിച്ചിരുന്നു. യേശു കുറച്ചുകൂടി വേഗം വന്നിരുന്നെങ്കിൽ ലാസർ മരിക്കുമായിരുന്നില്ലെന്ന് മാർത്തയ്ക്ക് ഉറപ്പായിരുന്നു (11:17-21). ഒടുവിൽ യേശുവിനെ അഭിവാദ്യം ചെയ്തപ്പോൾ മറിയയും അതുതന്നെ പറഞ്ഞു (11:32).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അവരെല്ലാവരും ലാസറിനെ അടക്കിയ സ്ഥലത്തേക്കു പോയി. തന്റെ ദുഃഖം കാണിക്കാൻ യേശുവിന് ലജ്ജയുണ്ടായില്ല. ഒരു അന്ധനെ സൗഖ്യമാക്കാൻ കഴിഞ്ഞ യേശുവിന് ലാസർ മരിക്കുന്നതു തടയാൻ കഴിയാതിരുന്നത് എന്തുകൊണ്ടാണെന്ന് ചിലർ കൂടുതൽ അത്ഭുതപ്പെട്ടു (11:33-37). അവർ അറിയാതിരുന്നത് യേശു അതിലും വലിയ ഒന്നു ചെയ്യാൻ പോകുകയായിരുന്നു എന്നാണ്.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/>
          <w:sz w:val="22"/>
        </w:rPr>
        <w:t xml:space="preserve">കല്ലറയ്ക്കൽ യേശു പറഞ്ഞതും ചെയ്തതും വിവരിക്കുക. </w:t>
      </w:r>
      <w:r>
        <w:rPr>
          <w:rFonts w:ascii="Nirmala UI" w:hAnsi="Nirmala UI" w:cs="Nirmala UI"/>
          <w:b w:val="0"/>
          <w:sz w:val="22"/>
        </w:rPr>
        <w:t xml:space="preserve">ലാസർ മരിച്ചിട്ട് അപ്പോഴേക്കും ദിവസങ്ങളായതിനാൽ കല്ലറ തുറക്കുന്നതിൽനിന്ന് മാർത്ത അവനെ തടയാൻ ശ്രമിച്ചു (11:38-39). </w:t>
      </w:r>
      <w:r>
        <w:rPr>
          <w:rFonts w:ascii="Nirmala UI" w:hAnsi="Nirmala UI" w:cs="Nirmala UI"/>
          <w:b/>
          <w:sz w:val="22"/>
        </w:rPr>
        <w:t xml:space="preserve">ചിത്രം 9 കാണിക്കുക. </w:t>
      </w:r>
      <w:r>
        <w:rPr>
          <w:rFonts w:ascii="Nirmala UI" w:hAnsi="Nirmala UI" w:cs="Nirmala UI"/>
          <w:b w:val="0"/>
          <w:sz w:val="22"/>
        </w:rPr>
        <w:t xml:space="preserve">ലാസർ ജീവനോടെ കല്ലറയിൽനിന്നു പുറത്തുവന്നപ്പോൾ മരണത്തിന്മേലുള്ള ദൈവത്തിന്റെ ശക്തി വെളിപ്പെട്ടു! അതിന്റെ ഫലമായി അനേകം ആളുകൾ യേശുവിനെ ദൈവപുത്രനായി വിശ്വസിച്ചു (11:40-45).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 മാർത്തയോടു പറഞ്ഞു, “ഞാൻ തന്നേ പുനരുത്ഥാനവും ജീവനും ആകുന്നു; എന്നിൽ വിശ്വസിക്കുന്നവൻ മരിച്ചാലും ജീവിക്കും” (11:25). അന്ന് മാർത്തയെ ആശ്വസിപ്പിക്കാനാണ് അവൻ അതു പറഞ്ഞത്. എന്നാൽ ഇത് യേശുവിൽ വിശ്വസിക്കുന്ന എല്ലാവർക്കും ദൈവത്തോടൊപ്പം നിത്യജീവൻ എന്ന വാഗ്ദാനവും ആണ്. അതിൽ നാമും ഉൾപ്പെടുന്നു.</w:t>
      </w:r>
    </w:p>
    <w:p>
      <w:r>
        <w:rPr>
          <w:rFonts w:ascii="Nirmala UI" w:hAnsi="Nirmala UI" w:cs="Nirmala UI"/>
          <w:b w:val="0"/>
          <w:sz w:val="22"/>
        </w:rPr>
        <w:t xml:space="preserve">ക്രൂശിലെ തന്റെ സ്വന്തം മരണത്തിലൂടെ യേശു ഈ ജീവനിലേക്കുള്ള വഴി തുറന്നിരിക്കുന്നു. ഒരു ക്രിസ്ത്യാനിയുടെ മരണത്തിൽ ദുഃഖിക്കുന്നവർക്ക് യേശുവിന്റെ ഈ വാഗ്ദാനത്തെക്കാൾ വലിയ ആശ്വാസമില്ല. മനുഷ്യവർഗ്ഗത്തിന്റെ ഏറ്റവും വലിയ ശത്രുവായ മരണത്തിന്മേൽ യേശുക്രിസ്തുവിന് അധികാരമുണ്ട്.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9 – Jesus Calls Lazarus from the Grave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9 – Jesus Calls Lazarus from the Grave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