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8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യേശു ഒരു അന്ധനെ സൗഖ്യമാക്കുന്നു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7: യേശു കർത്താവും രക്ഷകനും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യേശു ലോകത്തിന്റെ വെളിച്ചമായി തന്റെ ദൈവിക ശക്തി കാണിച്ചുവെന്ന്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9:1-41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1:6-7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ദൈവത്തിങ്കൽനിന്ന് അയയ്ക്കപ്പെട്ട ഒരു മനുഷ്യൻ ഉണ്ടായിരുന്നു; അവന്റെ പേര് യോഹന്നാൻ. അവൻ ആ വെളിച്ചത്തെക്കുറിച്ചു സാക്ഷ്യം പറയാൻ സാക്ഷിയായി വന്നു …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color="F0C36D"/>
          <w:left w:val="single" w:sz="6" w:color="F0C36D"/>
          <w:bottom w:val="single" w:sz="6" w:color="F0C36D"/>
          <w:right w:val="single" w:sz="6" w:color="F0C36D"/>
          <w:insideH w:val="single" w:sz="6" w:color="F0C36D"/>
          <w:insideV w:val="single" w:sz="6" w:color="F0C36D"/>
        </w:tblBorders>
        <w:tblCellMar>
          <w:top w:w="100" w:type="dxa"/>
          <w:left w:w="160" w:type="dxa"/>
          <w:bottom w:w="100" w:type="dxa"/>
          <w:right w:w="160" w:type="dxa"/>
        </w:tblCellMar>
      </w:tblPr>
      <w:tblGrid>
        <w:gridCol w:w="9412"/>
      </w:tblGrid>
      <w:tr>
        <w:tc>
          <w:tcPr>
            <w:tcW w:type="dxa" w:w="9412"/>
            <w:shd w:val="clear" w:color="auto" w:fill="FFF4D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7F5A00"/>
                <w:sz w:val="21"/>
              </w:rPr>
              <w:t xml:space="preserve">ശ്രദ്ധിക്കുക: </w:t>
            </w:r>
            <w:r>
              <w:rPr>
                <w:rFonts w:ascii="Nirmala UI" w:hAnsi="Nirmala UI" w:cs="Nirmala UI"/>
                <w:sz w:val="21"/>
              </w:rPr>
              <w:t xml:space="preserve">കഥയിലെ എല്ലാ വിശദാംശങ്ങളും പഠിപ്പിക്കുകയില്ല, എന്നാൽ മുഴുവൻ കഥയും ക്ലാസ്സിനെ വായിച്ചുകേൾപ്പിക്കുന്നതാണ് നല്ലത്.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“അന്ധൻ തൊടൽ” എന്ന ഒരു ചെറിയ കളി കളിക്കുക. ക്ലാസ്സ് വളരെ വലുതാണെങ്കിൽ ഏകദേശം 12 കുട്ടികളെ തിരഞ്ഞെടുക്കുക. ഒരാളുടെ കണ്ണു കെട്ടണം; മറ്റെല്ലാവരും ഒരു വൃത്തത്തിൽ അവനു ചുറ്റും നിൽക്കണം. കണ്ണു കെട്ടിയ ആൾ ആരെയെങ്കിലും പിടിക്കാൻ ശ്രമിക്കട്ടെ. പിടിക്കുമ്പോൾ അവൻ ആ വ്യക്തിയെ തൊട്ട് അതാരെന്ന് ഊഹിക്കാം.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അന്ധനായിരിക്കുമ്പോൾ ജീവിതം വളരെ ബുദ്ധിമുട്ടാണ്. ഒരു ദിവസം യേശു ജന്മനാ അന്ധനായ ഒരു മനുഷ്യനെ കണ്ടുമുട്ടി. ജീവിതത്തിൽ പിന്നീട് കാഴ്ച നഷ്ടപ്പെടുന്നതിനെക്കാൾ അത് കൂടുതൽ ബുദ്ധിമുട്ടാണ്, കാരണം നിങ്ങൾ ഒന്നും ഒരിക്കലും കണ്ടിട്ടില്ലെങ്കിൽ കാര്യങ്ങൾ എങ്ങനെയിരിക്കുമെന്ന് നിങ്ങൾക്ക് ഓർമ്മയില്ല. ആ മനുഷ്യന് കാര്യങ്ങൾ കൂടുതൽ മോശമാക്കിയത്, അവന്റെ അന്ധത ഏതോ പാപത്തിനുള്ള ശിക്ഷയാണെന്ന് എല്ലാവരും വിചാരിച്ചു എന്നതാണ് (9:1-2).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ആ മനുഷ്യൻ ജന്മനാ അന്ധനായത് ഒരു പ്രത്യേക ഉദ്ദേശ്യത്തോടെയാണെന്ന് യേശു പറഞ്ഞു. അവനെ സൗഖ്യമാക്കുന്ന ദൈവത്തിന്റെ ശക്തിക്ക് എല്ലാവരും സാക്ഷികളാകാനും, യേശു ഈ ഇരുണ്ട ലോകത്തിലേക്ക് വെളിച്ചമായി വന്നു എന്ന് ആളുകൾക്കു കാണിച്ചുകൊടുക്കാനും വേണ്ടിയായിരുന്നു അത് (9:3-5). </w:t>
      </w:r>
      <w:r>
        <w:rPr>
          <w:rFonts w:ascii="Nirmala UI" w:hAnsi="Nirmala UI" w:cs="Nirmala UI"/>
          <w:b/>
          <w:sz w:val="22"/>
        </w:rPr>
        <w:t xml:space="preserve">ആ മനുഷ്യനെ സൗഖ്യമാക്കാൻ യേശു ചെയ്തത് വിവരിക്കുക. ചിത്രം 8 കാണിക്കുക. </w:t>
      </w:r>
      <w:r>
        <w:rPr>
          <w:rFonts w:ascii="Nirmala UI" w:hAnsi="Nirmala UI" w:cs="Nirmala UI"/>
          <w:b w:val="0"/>
          <w:sz w:val="22"/>
        </w:rPr>
        <w:t xml:space="preserve">ആ മനുഷ്യൻ യേശുവിന്റെ നിർദ്ദേശങ്ങൾ അനുസരിച്ചു; അന്ധനല്ലാതെ വീട്ടിലേക്കു മടങ്ങി (9:6-7).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ഈ കഥയിൽ അന്ധരായ വേറെ ആളുകളുമുണ്ട്. അവർ ശാരീരികമായി അന്ധരായിരുന്നില്ല, കാരണം അവർക്കു കണ്ണുകൊണ്ടു കാണാമായിരുന്നു. എന്നാൽ അവർ ആത്മീയമായി അന്ധരായിരുന്നു, കാരണം യേശു ദൈവമാണെന്നു വിശ്വസിക്കാൻ അവർ വിസമ്മതിച്ചു. അവനിൽ ആശ്രയിക്കാൻ അവർ വിസമ്മതിച്ചു.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അന്ധനായിരുന്ന മനുഷ്യന്റെ </w:t>
      </w:r>
      <w:r>
        <w:rPr>
          <w:rFonts w:ascii="Nirmala UI" w:hAnsi="Nirmala UI" w:cs="Nirmala UI"/>
          <w:b/>
          <w:sz w:val="22"/>
        </w:rPr>
        <w:t xml:space="preserve">അയൽക്കാർക്ക് </w:t>
      </w:r>
      <w:r>
        <w:rPr>
          <w:rFonts w:ascii="Nirmala UI" w:hAnsi="Nirmala UI" w:cs="Nirmala UI"/>
          <w:b w:val="0"/>
          <w:sz w:val="22"/>
        </w:rPr>
        <w:t xml:space="preserve">കണ്ണിനു യാതൊരു കുഴപ്പവും ഇല്ലായിരുന്നിട്ടും തങ്ങൾ കണ്ടത് വിശ്വസിക്കാൻ ബുദ്ധിമുട്ടായിരുന്നു! അവർ അവനോട് യേശുവിനെക്കുറിച്ചു ചോദിച്ചു (9:8-12).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പ്രമുഖ യഹൂദ മതനേതാക്കളായിരുന്ന </w:t>
      </w:r>
      <w:r>
        <w:rPr>
          <w:rFonts w:ascii="Nirmala UI" w:hAnsi="Nirmala UI" w:cs="Nirmala UI"/>
          <w:b/>
          <w:sz w:val="22"/>
        </w:rPr>
        <w:t xml:space="preserve">പരീശന്മാരും </w:t>
      </w:r>
      <w:r>
        <w:rPr>
          <w:rFonts w:ascii="Nirmala UI" w:hAnsi="Nirmala UI" w:cs="Nirmala UI"/>
          <w:b w:val="0"/>
          <w:sz w:val="22"/>
        </w:rPr>
        <w:t xml:space="preserve">ആത്മീയമായി അന്ധരായിരുന്നു. ശബ്ബത്തിൽ, ആരും ജോലി ചെയ്യരുതാത്ത ദിവസത്തിൽ, യേശു ആ മനുഷ്യനെ സൗഖ്യമാക്കിയതുകൊണ്ട് അവർ കോപിച്ചു. ആ അത്ഭുതം ചെയ്തതിനാൽ യേശു ഒരു പാപിയാണെന്നുപോലും വിശ്വസിക്കത്തക്കവിധം അവർ അന്ധരായിരുന്നു! എന്നാൽ താൻ ശാരീരികമായി അന്ധനായിരുന്നുവെന്നും തനിക്കു കാഴ്ച നല്കിയത് യേശുവാണെന്നും അറിഞ്ഞിരുന്ന സൗഖ്യം പ്രാപിച്ച മനുഷ്യൻ ആ മതനേതാക്കളോട് അങ്ങനെ പറഞ്ഞു (9:13-17, 24-34). </w:t>
      </w:r>
      <w:r>
        <w:rPr>
          <w:rFonts w:ascii="Nirmala UI" w:hAnsi="Nirmala UI" w:cs="Nirmala UI"/>
          <w:b/>
          <w:sz w:val="22"/>
        </w:rPr>
        <w:t xml:space="preserve">യോഹന്നാൻ 9:25 ഊന്നിപ്പറയുക. </w:t>
      </w:r>
      <w:r>
        <w:rPr>
          <w:rFonts w:ascii="Nirmala UI" w:hAnsi="Nirmala UI" w:cs="Nirmala UI"/>
          <w:b w:val="0"/>
          <w:sz w:val="22"/>
        </w:rPr>
        <w:t xml:space="preserve">സൗഖ്യം പ്രാപിച്ചവന്റെ </w:t>
      </w:r>
      <w:r>
        <w:rPr>
          <w:rFonts w:ascii="Nirmala UI" w:hAnsi="Nirmala UI" w:cs="Nirmala UI"/>
          <w:b/>
          <w:sz w:val="22"/>
        </w:rPr>
        <w:t xml:space="preserve">മാതാപിതാക്കളും </w:t>
      </w:r>
      <w:r>
        <w:rPr>
          <w:rFonts w:ascii="Nirmala UI" w:hAnsi="Nirmala UI" w:cs="Nirmala UI"/>
          <w:b w:val="0"/>
          <w:sz w:val="22"/>
        </w:rPr>
        <w:t xml:space="preserve">ആത്മീയമായി അന്ധരായിരുന്നു. ശക്തരായ മതനേതാക്കളെ അവർ വളരെ ഭയപ്പെട്ടിരുന്നതിനാൽ തങ്ങളുടെ മകനു സൗഖ്യം ലഭിച്ചതിൽ സന്തോഷിക്കുന്നതായിപ്പോലും തോന്നിയില്ല (9:18-23)!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യേശു സൗഖ്യം പ്രാപിച്ച മനുഷ്യനെ അന്വേഷിച്ചു ചെന്ന് അവനോടു സംസാരിച്ചു. </w:t>
      </w:r>
      <w:r>
        <w:rPr>
          <w:rFonts w:ascii="Nirmala UI" w:hAnsi="Nirmala UI" w:cs="Nirmala UI"/>
          <w:b/>
          <w:sz w:val="22"/>
        </w:rPr>
        <w:t xml:space="preserve">9:35-37 ക്ലാസ്സിനെ വായിച്ചുകേൾപ്പിക്കുക. </w:t>
      </w:r>
      <w:r>
        <w:rPr>
          <w:rFonts w:ascii="Nirmala UI" w:hAnsi="Nirmala UI" w:cs="Nirmala UI"/>
          <w:b w:val="0"/>
          <w:sz w:val="22"/>
        </w:rPr>
        <w:t xml:space="preserve">യേശു പിതാവായ ദൈവത്തിൽനിന്നു വന്നവനാണെന്ന് അവൻ വിശ്വസിച്ചതിനാൽ അവന് ഇപ്പോൾ ശാരീരിക കാഴ്ചയും ആത്മീയ കാഴ്ചയും ഉണ്ടായി. 35-ാം വാക്യത്തിലെ “മനുഷ്യപുത്രൻ” എന്ന പേരിന്റെ അർത്ഥം ഇതാണ്. മുമ്പ് അന്ധനായിരുന്ന ആ മനുഷ്യൻ യേശുവിനെ ആരാധിച്ചു (9:38-39).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നിങ്ങൾ അന്ധരാണെങ്കിൽ നിങ്ങൾക്കു വെളിച്ചം കാണാൻ കഴിയില്ല. </w:t>
      </w:r>
      <w:r>
        <w:rPr>
          <w:rFonts w:ascii="Nirmala UI" w:hAnsi="Nirmala UI" w:cs="Nirmala UI"/>
          <w:b/>
          <w:sz w:val="22"/>
        </w:rPr>
        <w:t xml:space="preserve">എല്ലാവരും കണ്ണടയ്ക്കുക. </w:t>
      </w:r>
      <w:r>
        <w:rPr>
          <w:rFonts w:ascii="Nirmala UI" w:hAnsi="Nirmala UI" w:cs="Nirmala UI"/>
          <w:b w:val="0"/>
          <w:sz w:val="22"/>
        </w:rPr>
        <w:t xml:space="preserve">ഇപ്പോൾ നിങ്ങൾ ഇരുട്ടിലാണ്, എന്നാൽ വെളിച്ചം പോയി എന്ന് അതിനർത്ഥമില്ല. നിങ്ങൾക്ക് അതു കാണാൻ കഴിയുന്നില്ല എന്നേയുള്ളൂ.</w:t>
      </w:r>
    </w:p>
    <w:p>
      <w:r>
        <w:rPr>
          <w:rFonts w:ascii="Nirmala UI" w:hAnsi="Nirmala UI" w:cs="Nirmala UI"/>
          <w:b w:val="0"/>
          <w:sz w:val="22"/>
        </w:rPr>
        <w:t xml:space="preserve">യേശു നമ്മുടെ ആത്മീയ വെളിച്ചമാണ്. ഈ ഇരുണ്ട ലോകത്തിലേക്കു വെളിച്ചം കൊണ്ടുവരാൻ അവൻ വന്നു. അവനിൽ വിശ്വസിക്കാൻ നമുക്ക് ആത്മീയ വെളിച്ചം വേണം; അപ്പോൾ നമുക്ക് ദൈവത്തിന്റെ വഴി കാണാനും അതിൽ നടക്കാനും കഴിയും.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 w:val="0"/>
          <w:sz w:val="22"/>
        </w:rPr>
        <w:t xml:space="preserve">ലോകത്തിന്റെ വെളിച്ചമായ യേശുവിന്റെ വരവ് അറിയിക്കാൻ പിതാവായ ദൈവം അയച്ചവനായിരുന്നു യോഹന്നാൻ സ്നാപകൻ.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8 – Jesus Heals a Blind Man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8 – Jesus Heals a Blind Man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