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7</w:t>
      </w:r>
    </w:p>
    <w:p>
      <w:pPr>
        <w:keepNext/>
        <w:spacing w:after="40"/>
      </w:pPr>
      <w:r>
        <w:rPr>
          <w:rFonts w:ascii="Nirmala UI" w:hAnsi="Nirmala UI" w:cs="Nirmala UI"/>
          <w:b/>
          <w:color w:val="1F4E79"/>
          <w:sz w:val="52"/>
        </w:rPr>
        <w:t xml:space="preserve">യേശു വെള്ളത്തിന്മേൽ നടക്കുന്നു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തന്റെ ശിഷ്യന്മാർക്ക് തനിക്കു ദൈവത്തിന്റെ ശക്തിയുണ്ടെന്ന് എങ്ങനെ കാണിച്ചുകൊടുത്തു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6:16-21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പുതിയ ഓർമ്മവാക്യമില്ല</w:t>
            </w:r>
          </w:p>
          <w:p>
            <w:pPr>
              <w:spacing w:after="40"/>
            </w:pPr>
            <w:r>
              <w:rPr>
                <w:rFonts w:ascii="Nirmala UI" w:hAnsi="Nirmala UI" w:cs="Nirmala UI"/>
                <w:b w:val="0"/>
                <w:i/>
                <w:sz w:val="22"/>
              </w:rPr>
              <w:t xml:space="preserve">ഇതുവരെയുള്ള ഭാഗം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ആളുകൾ തങ്ങളുടെ ജോലി ചെയ്യാൻ ഉപയോഗിക്കുന്ന ശക്തിയേറിയ യന്ത്രങ്ങളെക്കുറിച്ച് ക്ലാസ്സിനോടു സംസാരിക്കുക. </w:t>
      </w:r>
      <w:r>
        <w:rPr>
          <w:rFonts w:ascii="Nirmala UI" w:hAnsi="Nirmala UI" w:cs="Nirmala UI"/>
          <w:b w:val="0"/>
          <w:sz w:val="22"/>
        </w:rPr>
        <w:t xml:space="preserve">ഒരുപക്ഷേ അവർ റോഡ് ഗ്രേഡറുകളും പറന്നുയരുന്ന വലിയ ചരക്കുവിമാനങ്ങളും ജോലി ചെയ്യുന്ന ടാങ്കുകളും കണ്ടിട്ടുണ്ടാകും. ഈ യന്ത്രങ്ങൾക്ക് ഇത്രയധികം ശക്തിയുള്ളതിനാൽ അവയെ നോക്കുന്നതുതന്നെ പേടിപ്പെടുത്തുന്നതാണ്! നിങ്ങൾ ഒരു മെക്കാനിക്കോ എൻജിനീയറോ അല്ലെങ്കിൽ ആ ശക്തി എവിടെനിന്നു വരുന്നു എന്ന് നിങ്ങൾക്കു യഥാർത്ഥത്തിൽ മനസ്സിലാകില്ല. ആ ശക്തിക്ക് എന്തു ചെയ്യാൻ കഴിയും എന്നു മാത്രമേ നിങ്ങൾ 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 ദൈവം തന്നെയായതിനാൽ അവൻ എല്ലാ ശക്തിയുടെയും ഉറവിടമാണ്. ഭൂമിയിൽ ജീവിച്ചപ്പോൾ അവൻ തന്റെ ദൈവിക ശക്തി പരിമിതപ്പെടുത്തി. ദൈവത്തെക്കുറിച്ച് ആളുകളെ എന്തെങ്കിലും പഠിപ്പിക്കാൻ ചില സമയങ്ങളിൽ അവൻ ശക്തിയുടെ പ്രത്യേക പ്രവൃത്തികൾ ഉപയോഗിച്ചു.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രണ്ടു മീനുകളും അഞ്ച് അപ്പവും കൊണ്ട് 5000 പേരെ പോഷിപ്പിച്ച് തന്റെ ദൈവിക ശക്തി കാണിച്ചശേഷം, താൻ ഒറ്റയ്ക്കു പോയി പിതാവായ ദൈവത്തോടു പ്രാർത്ഥനയിൽ സംസാരിക്കുമ്പോൾ വീട്ടിലേക്കു പോകാൻ യേശു ശിഷ്യന്മാരോടു പറഞ്ഞു. ശിഷ്യന്മാർ വള്ളത്തിൽ കയറി തടാകത്തിലേക്കു പുറപ്പെട്ടു. യേശു തങ്ങളുടെ അടുക്കൽ മടങ്ങിവരുമെന്ന് അവർ ഇനിയും കാത്തിരിക്കുമ്പോൾ ഒരു കൊടുങ്കാറ്റ് ആഞ്ഞടിച്ചു (6:16-18).</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യേശു വെള്ളത്തിന്മേൽ തങ്ങളുടെ നേരെ നടന്നുവരുന്നത് കണ്ടപ്പോൾ ശിഷ്യന്മാർ എത്ര ഭയപ്പെട്ടു എന്നു വിവരിക്കുക. ചിത്രം 7 കാണിക്കുക. </w:t>
      </w:r>
      <w:r>
        <w:rPr>
          <w:rFonts w:ascii="Nirmala UI" w:hAnsi="Nirmala UI" w:cs="Nirmala UI"/>
          <w:b w:val="0"/>
          <w:sz w:val="22"/>
        </w:rPr>
        <w:t xml:space="preserve">യേശുവിന്റെ അത്ഭുത ശക്തി അവരെ ഭയപ്പെടുത്തി. അവർ അത് മനസ്സിലാക്കിയില്ല (6:19).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യേശുവിന്റെ വാക്കുകൾ ഉടനെ അവർക്ക് ആശ്വാസം നല്കി. അവർ അവനെ വള്ളത്തിൽ കയറ്റി, ഉടൻതന്നെ അവർ കൊടുങ്കാറ്റിൽനിന്നു പുറത്തു കടന്ന് തങ്ങളുടെ ലക്ഷ്യസ്ഥാനത്ത് എത്തി (6:20-21)!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ശിഷ്യന്മാർ യേശുവിന്റെ ഭീതിജനകമായ ശക്തി കണ്ട് ഭയപ്പെട്ടു, എന്നാൽ അവന്റെ വാക്കുകൾ അവരുടെ ഭയം നീക്കി; അങ്ങനെ അവർ സുരക്ഷിതരായി എത്തിച്ചേർന്നു. നാം അകപ്പെടുന്ന അപകടം അവൻ എപ്പോഴും നീക്കുന്നില്ലെങ്കിലും, നമ്മുടെ ജീവിതങ്ങളെ മാറ്റാനും നമ്മുടെ ഭയം നീക്കാനും യേശുവിന് അധികാരമുണ്ട്. യുദ്ധം, ക്ഷാമം, തടവ് തുടങ്ങിയ പല അപകടങ്ങളിലൂടെയും കടന്നുപോയ ഏകദേശം 90 വയസ്സുള്ള ഒരു സയർ പാസ്റ്റർ പലപ്പോഴും പറയാറുണ്ട്, “കർത്താവ് എന്റെ സഹായകൻ.” അത് സത്യമാണെന്ന് അദ്ദേഹത്തിനറിയാം, കാരണം അദ്ദേഹം അത് സ്വയം അനുഭവിച്ചിട്ടുണ്ട്.</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Jesus Walks on the Water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Jesus Walks on the Water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