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6</w:t>
      </w:r>
    </w:p>
    <w:p>
      <w:pPr>
        <w:keepNext/>
        <w:spacing w:after="40"/>
      </w:pPr>
      <w:r>
        <w:rPr>
          <w:rFonts w:ascii="Nirmala UI" w:hAnsi="Nirmala UI" w:cs="Nirmala UI"/>
          <w:b/>
          <w:color w:val="1F4E79"/>
          <w:sz w:val="52"/>
        </w:rPr>
        <w:t xml:space="preserve">യേശു 5000 പേരെ പോഷിപ്പിക്കുന്നു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എന്നേക്കും തൃപ്തിപ്പെടുത്താത്ത ഭക്ഷണത്തെക്കുറിച്ച് വിഷമിക്കരുതെന്നും, നിത്യതൃപ്തിയും നിത്യജീവനും നല്കുന്ന ഭക്ഷണത്തിനായി തന്നിൽ ആശ്രയിക്കണമെന്നും യേശു ആളുകളോടു പറഞ്ഞുവെന്ന്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6:1-13, 25-40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1:5</w:t>
            </w:r>
          </w:p>
          <w:p>
            <w:pPr>
              <w:spacing w:after="40"/>
            </w:pPr>
            <w:r>
              <w:rPr>
                <w:rFonts w:ascii="Nirmala UI" w:hAnsi="Nirmala UI" w:cs="Nirmala UI"/>
                <w:b w:val="0"/>
                <w:i/>
                <w:sz w:val="22"/>
              </w:rPr>
              <w:t xml:space="preserve">വെളിച്ചം ഇരുളിൽ പ്രകാശിക്കുന്നു; ഇരുൾ അതിനെ ഗ്രഹിച്ചില്ല.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വിരുന്നിനായി അനേകം ആളുകൾ പള്ളിയിലോ നിങ്ങളുടെ വീട്ടിലോ വരുമ്പോൾ ഒരുക്കങ്ങൾ ദിവസങ്ങൾക്കു മുമ്പേ തുടങ്ങണം. വിറക് ശേഖരിക്കണം, വെള്ളം കൊണ്ടുവരണം, പാചകപാത്രങ്ങൾ ക്രമീകരിക്കണം, തീർച്ചയായും ഭക്ഷണവും ശേഖരിക്കണം.</w:t>
      </w:r>
    </w:p>
    <w:p>
      <w:pPr>
        <w:pStyle w:val="Heading2"/>
      </w:pPr>
      <w:r>
        <w:rPr>
          <w:rFonts w:ascii="Nirmala UI" w:hAnsi="Nirmala UI" w:cs="Nirmala UI"/>
        </w:rPr>
        <w:t xml:space="preserve">പാഠത്തിലെ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അനേകം ആളുകൾ യേശുവിനെക്കുറിച്ചു സംസാരിച്ചുകൊണ്ടിരുന്നു. അവന്റെ സൗഖ്യ അത്ഭുതങ്ങളുടെയും ഉപദേശത്തിന്റെയും കഥകൾ പ്രചരിച്ചുകൊണ്ടിരുന്നതിനാൽ പലരും അവനെ നേരിൽ കാണാൻ ആഗ്രഹിച്ചു. ഒരു ദിവസം ഒരു വലിയ പുരുഷാരം യേശുവിനെ കേൾക്കാൻ വന്നു. 5000 പുരുഷന്മാരും അനേകം സ്ത്രീകളും കുട്ടികളും ഉണ്ടായിരുന്നു (6:1-3).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 ആളുകളെയെല്ലാം പോഷിപ്പിക്കാൻ ഒരു ഒരുക്കവും ചെയ്തിരുന്നില്ല. അവരെ എങ്ങനെ പരിപാലിക്കാം എന്ന് ആശയങ്ങൾ ചോദിച്ച് യേശു തന്റെ ശിഷ്യന്മാരോടു ചോദിച്ചു (6:5b-6).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വളരെ വലിയ തുക പണമുണ്ടായിരുന്നാൽപോലും എല്ലാവർക്കും അല്പം വീതം വാങ്ങാൻ കഴിയില്ലെന്ന് ഫിലിപ്പൊസ് കണക്കുകൂട്ടി. പിന്നെ അന്ത്രെയാസ് കുറച്ചു ഭക്ഷണം കൊണ്ടുവന്ന ഒരു ബാലനെ കണ്ടെത്തി; എന്നാൽ തീർച്ചയായും അത് അവന് മാത്രം മതിയാകുമായിരുന്നുള്ളൂ (6:7-9).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യേശു തന്റെ ശിഷ്യന്മാർക്കു നല്കിയ നിർദ്ദേശങ്ങളും, ആ ബാലൻ പങ്കിടാൻ തയ്യാറായ ഭക്ഷണംകൊണ്ട് അവൻ ചെയ്തതും വിവരിക്കുക. ചിത്രം 6 കാണിക്കുക. </w:t>
      </w:r>
      <w:r>
        <w:rPr>
          <w:rFonts w:ascii="Nirmala UI" w:hAnsi="Nirmala UI" w:cs="Nirmala UI"/>
          <w:b w:val="0"/>
          <w:sz w:val="22"/>
        </w:rPr>
        <w:t xml:space="preserve">ഒടുവിൽ എല്ലാവർക്കും കഴിക്കാൻ വേണ്ടുവോളം ഉണ്ടായിരുന്നു (6:10-13)!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പിന്നെ യേശു ആളുകളെ വിട്ട് പെട്ടെന്നു പോയി. സ്വാർത്ഥ കാരണങ്ങളാൽ മാത്രമാണ് അവർ അവന്റെ അത്ഭുതങ്ങൾ കാണാൻ ആഗ്രഹിക്കുന്നതെന്ന് അവനറിയാമായിരുന്നതിനാൽ അവൻ ദുഃഖിതനായിരുന്നു. ഒരു ഒരുക്കവും ചെയ്യാതെ അവർ ഭക്ഷണം കഴിച്ചിരുന്നു, എന്നാൽ അത് യേശുവിനെക്കുറിച്ച് എന്തു പറയുന്നു എന്ന് അവർ മനസ്സിലാക്കിയില്ല (6:25-26).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താൻ വന്നത് ശാരീരിക ഭക്ഷണം വിതരണം ചെയ്യാനല്ല, ആത്മീയ ഭക്ഷണംകൊണ്ട് അവരെ തൃപ്തിപ്പെടുത്താനാണെന്ന് ആളുകൾ മനസ്സിലാക്കണമെന്ന് യേശു ആഗ്രഹിച്ചു. പിതാവ് അയച്ച പുത്രനായ യേശുവിൽ ആളുകൾ ആശ്രയിക്കണമെന്ന് ദൈവം ആഗ്രഹിച്ചു (6:27-29). ജീവന്റെ അപ്പമായ യേശുവിൽ ഭക്ഷിക്കുക എന്നതിനർത്ഥം, എന്തുതന്നെ സംഭവിച്ചാലും സഹായവും പിന്തുണയുമായി എപ്പോഴും കൂടെയുള്ള, ജീവിതകാലം മുഴുവൻ ഒരു സുഹൃത്തുണ്ടായിരിക്കുക എന്നാണ് (6:35, 40).</w:t>
      </w:r>
    </w:p>
    <w:p>
      <w:r>
        <w:rPr>
          <w:rFonts w:ascii="Nirmala UI" w:hAnsi="Nirmala UI" w:cs="Nirmala UI"/>
          <w:b w:val="0"/>
          <w:sz w:val="22"/>
        </w:rPr>
        <w:t xml:space="preserve">യേശു ഈ വാക്കുകൾ ആദ്യം പറഞ്ഞത് ഭൂമിയിലെ തന്റെ ജീവിതകാലത്ത് തന്റെ സംസാരം കേൾക്കാൻ കഴിഞ്ഞ ആളുകളോടാണ്, എന്നാൽ അവൻ നമ്മോടും സംസാരിക്കുന്നു. തന്നിൽ ആശ്രയിക്കുന്ന എല്ലാവർക്കും അവൻ ജീവന്റെ അപ്പമാണ്.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6 – Jesus Feeds 5000 People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6 – Jesus Feeds 5000 People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