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4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സർക്കാർ ഉദ്യോഗസ്ഥൻ യേശുവിന്റെ മുമ്പിൽ മുട്ടുകുത്തുന്നു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7: യേശു കർത്താവും രക്ഷകനും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ഒരു സർക്കാർ ഉദ്യോഗസ്ഥന്റെ മകനെ യേശു സൗഖ്യമാക്കുന്നത് കണ്ടപ്പോൾ ആളുകൾ യേശുവിൽ വിശ്വസിച്ചുവെന്ന് കുട്ടികൾക്കു കാണിച്ചുകൊടുക്കുക.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4:46-53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1:3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സകലവും അവൻ മുഖാന്തരം ഉളവായി; ഉളവായതൊന്നും അവനെ കൂടാതെ ഉളവായതല്ല.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ആരെങ്കിലും രോഗിയാകുമ്പോൾ ആളുകൾ സഹായം തേടി എവിടെയാണ് പോകുന്നത്? ക്ലാസ്സിനു പ്രതികരിക്കാൻ സമയം കൊടുക്കുക.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പ്രമുഖനായ ഒരു മനുഷ്യൻ ഒരിക്കൽ യേശുവിന്റെ അടുക്കൽ വന്നു. അവന്റെ മകൻ മരിക്കാറായിരുന്നു; അവൻ സഹായത്തിനായി നിരാശനായിരുന്നു. അവൻ സർക്കാർ ഉദ്യോഗസ്ഥനായിരുന്നതിനാൽ ഒരുപക്ഷേ ധനികനായിരുന്നിരിക്കാം; അതുകൊണ്ട് അവൻ മറ്റു വൈദ്യന്മാരെ ഇതിനകം പരീക്ഷിച്ചിരിക്കണം. അവൻ യേശുവിനെക്കുറിച്ചു കേട്ടിരുന്നു, അവനെ കണ്ടെത്താൻ വളരെ ദൂരം വന്നു (4:46-47).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ചിത്രം 4 കാണിക്കുക. </w:t>
      </w:r>
      <w:r>
        <w:rPr>
          <w:rFonts w:ascii="Nirmala UI" w:hAnsi="Nirmala UI" w:cs="Nirmala UI"/>
          <w:b w:val="0"/>
          <w:sz w:val="22"/>
        </w:rPr>
        <w:t xml:space="preserve">ഉദ്യോഗസ്ഥൻ തന്റെ വീട്ടിൽ വന്ന് മകനെ സൗഖ്യമാക്കണമെന്ന് യേശുവിനോട് അപേക്ഷിച്ചു. യേശു പോകാൻ വിസമ്മതിച്ചു! ആ മനുഷ്യൻ ചോദിച്ചതിനെക്കാൾ വലിയ ഒരു അത്ഭുതം ചെയ്യാൻ അവൻ ആഗ്രഹിച്ചു. സൗഖ്യമാക്കാൻ തനിക്ക് ആ ബാലന്റെ അടുത്തു പോകേണ്ടതില്ല എന്ന് യേശു ഉദ്യോഗസ്ഥനു കാണിച്ചുകൊടുക്കും (4:47-50a).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തന്റെ മകൻ ജീവിക്കും എന്ന് യേശു പറഞ്ഞപ്പോൾ ആ പ്രമുഖ ഉദ്യോഗസ്ഥൻ അതു വിശ്വസിച്ചു. അതുകൊണ്ട് അവൻ വീട്ടിലേക്കു പോയി. വീട്ടിലെത്താൻ കുറച്ചു ദൂരം ബാക്കിയുള്ളപ്പോൾ അവന്റെ വേലക്കാർ സദ്വാർത്തയുമായി അവനെ കണ്ടുമുട്ടി (4:50b-51).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“നിന്റെ മകൻ ജീവിക്കും” എന്ന് യേശു പറഞ്ഞ അതേ നിമിഷത്തിൽത്തന്നെ അവൻ സുഖം പ്രാപിക്കാൻ തുടങ്ങിയെന്ന് അവൻ മനസ്സിലാക്കി. അതുകൊണ്ട് യേശു ദൈവപുത്രനാണെന്ന് ഉദ്യോഗസ്ഥനും അവന്റെ കുടുംബം മുഴുവനും വിശ്വസിച്ചു (4:52-53).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1987 ൽ തെക്കൻ സുഡാനിലെ അക്കോട്ട് പ്രദേശത്ത് മാരകമായ ഒരു രോഗം പൊട്ടിപ്പുറപ്പെട്ടു. ഡോക്ടർമാരോ ഒരു തരത്തിലുള്ള വൈദ്യസഹായമോ ലഭ്യമല്ലാതിരുന്നതിനാൽ രോഗം ഒരിക്കലും തിരിച്ചറിയപ്പെട്ടില്ല. നൂറുകണക്കിനാളുകൾ മരിച്ചു. എന്നാൽ ക്രിസ്ത്യാനികൾ പ്രാർത്ഥിച്ച ഒരു രോഗിയും മരിച്ചില്ല, ക്രിസ്ത്യൻ വളപ്പുകളിൽ ഒരു ശവക്കുഴിയും ഉണ്ടായില്ല. ഈ സൗഖ്യങ്ങൾ ദൈവത്തിന്റെ ശക്തിക്ക് വലിയ സാക്ഷ്യമായിത്തീർന്നു; സഭ അത്ഭുതകരമായി വളർന്നു.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4 – The Government Official Kneels Before Jesus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4 – The Government Official Kneels Before Jesus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